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FBDEB" w14:textId="77777777" w:rsidR="00FA47E8" w:rsidRDefault="007703BD">
      <w:pPr>
        <w:jc w:val="center"/>
      </w:pPr>
      <w:r>
        <w:rPr>
          <w:b/>
          <w:sz w:val="36"/>
        </w:rPr>
        <w:t xml:space="preserve">QP-8.2-01  </w:t>
      </w:r>
      <w:r>
        <w:rPr>
          <w:b/>
          <w:sz w:val="36"/>
        </w:rPr>
        <w:t>管理体系文件编制、发布与宣贯程序</w:t>
      </w:r>
    </w:p>
    <w:p w14:paraId="0ED5C5C1" w14:textId="77777777" w:rsidR="00FA47E8" w:rsidRDefault="00FA47E8"/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FA47E8" w14:paraId="62314096" w14:textId="77777777">
        <w:tc>
          <w:tcPr>
            <w:tcW w:w="2280" w:type="dxa"/>
            <w:shd w:val="clear" w:color="auto" w:fill="D9E2F3"/>
          </w:tcPr>
          <w:p w14:paraId="3A102760" w14:textId="77777777" w:rsidR="00FA47E8" w:rsidRDefault="007703BD">
            <w:r>
              <w:rPr>
                <w:b/>
                <w:sz w:val="20"/>
              </w:rPr>
              <w:t>文件名称</w:t>
            </w:r>
          </w:p>
        </w:tc>
        <w:tc>
          <w:tcPr>
            <w:tcW w:w="2280" w:type="dxa"/>
          </w:tcPr>
          <w:p w14:paraId="18C35270" w14:textId="77777777" w:rsidR="00FA47E8" w:rsidRDefault="007703BD">
            <w:r>
              <w:rPr>
                <w:sz w:val="20"/>
              </w:rPr>
              <w:t>管理体系文件编制、发布与宣贯程序</w:t>
            </w:r>
          </w:p>
        </w:tc>
        <w:tc>
          <w:tcPr>
            <w:tcW w:w="2280" w:type="dxa"/>
            <w:shd w:val="clear" w:color="auto" w:fill="D9E2F3"/>
          </w:tcPr>
          <w:p w14:paraId="183E4DE2" w14:textId="77777777" w:rsidR="00FA47E8" w:rsidRDefault="007703BD">
            <w:r>
              <w:rPr>
                <w:b/>
                <w:sz w:val="20"/>
              </w:rPr>
              <w:t>文件编号</w:t>
            </w:r>
          </w:p>
        </w:tc>
        <w:tc>
          <w:tcPr>
            <w:tcW w:w="2280" w:type="dxa"/>
          </w:tcPr>
          <w:p w14:paraId="293E9D9C" w14:textId="77777777" w:rsidR="00FA47E8" w:rsidRDefault="007703BD">
            <w:r>
              <w:rPr>
                <w:sz w:val="20"/>
              </w:rPr>
              <w:t>QP-8.2-01</w:t>
            </w:r>
          </w:p>
        </w:tc>
      </w:tr>
      <w:tr w:rsidR="00FA47E8" w14:paraId="110457CE" w14:textId="77777777">
        <w:tc>
          <w:tcPr>
            <w:tcW w:w="2280" w:type="dxa"/>
            <w:shd w:val="clear" w:color="auto" w:fill="D9E2F3"/>
          </w:tcPr>
          <w:p w14:paraId="1687AF4F" w14:textId="77777777" w:rsidR="00FA47E8" w:rsidRDefault="007703BD">
            <w:r>
              <w:rPr>
                <w:b/>
                <w:sz w:val="20"/>
              </w:rPr>
              <w:t>版本</w:t>
            </w:r>
            <w:r>
              <w:rPr>
                <w:b/>
                <w:sz w:val="20"/>
              </w:rPr>
              <w:t xml:space="preserve"> / </w:t>
            </w:r>
            <w:r>
              <w:rPr>
                <w:b/>
                <w:sz w:val="20"/>
              </w:rPr>
              <w:t>状态</w:t>
            </w:r>
          </w:p>
        </w:tc>
        <w:tc>
          <w:tcPr>
            <w:tcW w:w="2280" w:type="dxa"/>
          </w:tcPr>
          <w:p w14:paraId="6E5D23FE" w14:textId="77777777" w:rsidR="00FA47E8" w:rsidRDefault="007703BD">
            <w:r>
              <w:rPr>
                <w:sz w:val="20"/>
              </w:rPr>
              <w:t xml:space="preserve">A / 0  </w:t>
            </w:r>
            <w:r>
              <w:rPr>
                <w:sz w:val="20"/>
              </w:rPr>
              <w:t>正式发布</w:t>
            </w:r>
          </w:p>
        </w:tc>
        <w:tc>
          <w:tcPr>
            <w:tcW w:w="2280" w:type="dxa"/>
            <w:shd w:val="clear" w:color="auto" w:fill="D9E2F3"/>
          </w:tcPr>
          <w:p w14:paraId="063AAD41" w14:textId="77777777" w:rsidR="00FA47E8" w:rsidRDefault="007703BD">
            <w:r>
              <w:rPr>
                <w:b/>
                <w:sz w:val="20"/>
              </w:rPr>
              <w:t>实施日期</w:t>
            </w:r>
          </w:p>
        </w:tc>
        <w:tc>
          <w:tcPr>
            <w:tcW w:w="2280" w:type="dxa"/>
          </w:tcPr>
          <w:p w14:paraId="14155256" w14:textId="77777777" w:rsidR="00FA47E8" w:rsidRDefault="007703BD">
            <w:r>
              <w:rPr>
                <w:sz w:val="20"/>
              </w:rPr>
              <w:t xml:space="preserve">    </w:t>
            </w:r>
            <w:r>
              <w:rPr>
                <w:sz w:val="20"/>
              </w:rPr>
              <w:t>年</w:t>
            </w:r>
            <w:r>
              <w:rPr>
                <w:sz w:val="20"/>
              </w:rPr>
              <w:t xml:space="preserve">    </w:t>
            </w:r>
            <w:r>
              <w:rPr>
                <w:sz w:val="20"/>
              </w:rPr>
              <w:t>月</w:t>
            </w:r>
            <w:r>
              <w:rPr>
                <w:sz w:val="20"/>
              </w:rPr>
              <w:t xml:space="preserve">    </w:t>
            </w:r>
            <w:r>
              <w:rPr>
                <w:sz w:val="20"/>
              </w:rPr>
              <w:t>日</w:t>
            </w:r>
          </w:p>
        </w:tc>
      </w:tr>
      <w:tr w:rsidR="00FA47E8" w14:paraId="7F873921" w14:textId="77777777">
        <w:tc>
          <w:tcPr>
            <w:tcW w:w="2280" w:type="dxa"/>
            <w:shd w:val="clear" w:color="auto" w:fill="D9E2F3"/>
          </w:tcPr>
          <w:p w14:paraId="6EA933E7" w14:textId="77777777" w:rsidR="00FA47E8" w:rsidRDefault="007703BD">
            <w:r>
              <w:rPr>
                <w:b/>
                <w:sz w:val="20"/>
              </w:rPr>
              <w:t>编制部门</w:t>
            </w:r>
          </w:p>
        </w:tc>
        <w:tc>
          <w:tcPr>
            <w:tcW w:w="2280" w:type="dxa"/>
          </w:tcPr>
          <w:p w14:paraId="6C391C5A" w14:textId="77777777" w:rsidR="00FA47E8" w:rsidRDefault="007703BD">
            <w:r>
              <w:rPr>
                <w:sz w:val="20"/>
              </w:rPr>
              <w:t>工程部实验室</w:t>
            </w:r>
            <w:r>
              <w:rPr>
                <w:sz w:val="20"/>
              </w:rPr>
              <w:t xml:space="preserve"> · </w:t>
            </w:r>
            <w:r>
              <w:rPr>
                <w:sz w:val="20"/>
              </w:rPr>
              <w:t>体系组</w:t>
            </w:r>
          </w:p>
        </w:tc>
        <w:tc>
          <w:tcPr>
            <w:tcW w:w="2280" w:type="dxa"/>
            <w:shd w:val="clear" w:color="auto" w:fill="D9E2F3"/>
          </w:tcPr>
          <w:p w14:paraId="66019736" w14:textId="77777777" w:rsidR="00FA47E8" w:rsidRDefault="007703BD">
            <w:r>
              <w:rPr>
                <w:b/>
                <w:sz w:val="20"/>
              </w:rPr>
              <w:t>对应条款</w:t>
            </w:r>
          </w:p>
        </w:tc>
        <w:tc>
          <w:tcPr>
            <w:tcW w:w="2280" w:type="dxa"/>
          </w:tcPr>
          <w:p w14:paraId="6612EFD2" w14:textId="77777777" w:rsidR="00FA47E8" w:rsidRDefault="007703BD">
            <w:r>
              <w:rPr>
                <w:sz w:val="20"/>
              </w:rPr>
              <w:t>ISO/IEC 17025:2017 §8.2</w:t>
            </w:r>
          </w:p>
        </w:tc>
      </w:tr>
      <w:tr w:rsidR="00FA47E8" w14:paraId="51D8E50A" w14:textId="77777777">
        <w:tc>
          <w:tcPr>
            <w:tcW w:w="2280" w:type="dxa"/>
            <w:shd w:val="clear" w:color="auto" w:fill="D9E2F3"/>
          </w:tcPr>
          <w:p w14:paraId="01A7B222" w14:textId="77777777" w:rsidR="00FA47E8" w:rsidRDefault="007703BD">
            <w:r>
              <w:rPr>
                <w:b/>
                <w:sz w:val="20"/>
              </w:rPr>
              <w:t>起草人</w:t>
            </w:r>
          </w:p>
        </w:tc>
        <w:tc>
          <w:tcPr>
            <w:tcW w:w="2280" w:type="dxa"/>
          </w:tcPr>
          <w:p w14:paraId="196981AB" w14:textId="77777777" w:rsidR="00FA47E8" w:rsidRDefault="007703BD">
            <w:r>
              <w:rPr>
                <w:sz w:val="20"/>
              </w:rPr>
              <w:t xml:space="preserve">                    / </w:t>
            </w:r>
            <w:r>
              <w:rPr>
                <w:sz w:val="20"/>
              </w:rPr>
              <w:t>日期：</w:t>
            </w:r>
          </w:p>
        </w:tc>
        <w:tc>
          <w:tcPr>
            <w:tcW w:w="2280" w:type="dxa"/>
            <w:shd w:val="clear" w:color="auto" w:fill="D9E2F3"/>
          </w:tcPr>
          <w:p w14:paraId="7FA04340" w14:textId="77777777" w:rsidR="00FA47E8" w:rsidRDefault="007703BD">
            <w:r>
              <w:rPr>
                <w:b/>
                <w:sz w:val="20"/>
              </w:rPr>
              <w:t>审核人</w:t>
            </w:r>
          </w:p>
        </w:tc>
        <w:tc>
          <w:tcPr>
            <w:tcW w:w="2280" w:type="dxa"/>
          </w:tcPr>
          <w:p w14:paraId="4240FA8E" w14:textId="77777777" w:rsidR="00FA47E8" w:rsidRDefault="007703BD">
            <w:r>
              <w:rPr>
                <w:sz w:val="20"/>
              </w:rPr>
              <w:t xml:space="preserve">                    / </w:t>
            </w:r>
            <w:r>
              <w:rPr>
                <w:sz w:val="20"/>
              </w:rPr>
              <w:t>日期：</w:t>
            </w:r>
          </w:p>
        </w:tc>
      </w:tr>
      <w:tr w:rsidR="00FA47E8" w14:paraId="4A5D2EE1" w14:textId="77777777">
        <w:tc>
          <w:tcPr>
            <w:tcW w:w="2280" w:type="dxa"/>
            <w:shd w:val="clear" w:color="auto" w:fill="D9E2F3"/>
          </w:tcPr>
          <w:p w14:paraId="08D7871B" w14:textId="77777777" w:rsidR="00FA47E8" w:rsidRDefault="007703BD">
            <w:r>
              <w:rPr>
                <w:b/>
                <w:sz w:val="20"/>
              </w:rPr>
              <w:t>批准人</w:t>
            </w:r>
          </w:p>
        </w:tc>
        <w:tc>
          <w:tcPr>
            <w:tcW w:w="2280" w:type="dxa"/>
          </w:tcPr>
          <w:p w14:paraId="4F66BB73" w14:textId="77777777" w:rsidR="00FA47E8" w:rsidRDefault="007703BD">
            <w:r>
              <w:rPr>
                <w:sz w:val="20"/>
              </w:rPr>
              <w:t xml:space="preserve">                    / </w:t>
            </w:r>
            <w:r>
              <w:rPr>
                <w:sz w:val="20"/>
              </w:rPr>
              <w:t>日期：</w:t>
            </w:r>
          </w:p>
        </w:tc>
        <w:tc>
          <w:tcPr>
            <w:tcW w:w="2280" w:type="dxa"/>
            <w:shd w:val="clear" w:color="auto" w:fill="D9E2F3"/>
          </w:tcPr>
          <w:p w14:paraId="3331FDCD" w14:textId="77777777" w:rsidR="00FA47E8" w:rsidRDefault="007703BD">
            <w:r>
              <w:rPr>
                <w:b/>
                <w:sz w:val="20"/>
              </w:rPr>
              <w:t>批准范围</w:t>
            </w:r>
          </w:p>
        </w:tc>
        <w:tc>
          <w:tcPr>
            <w:tcW w:w="2280" w:type="dxa"/>
          </w:tcPr>
          <w:p w14:paraId="1FE25ED7" w14:textId="77777777" w:rsidR="00FA47E8" w:rsidRDefault="007703BD">
            <w:r>
              <w:rPr>
                <w:sz w:val="20"/>
              </w:rPr>
              <w:t>工程部实验室全体</w:t>
            </w:r>
          </w:p>
        </w:tc>
      </w:tr>
      <w:tr w:rsidR="00FA47E8" w14:paraId="6AE4D85D" w14:textId="77777777">
        <w:tc>
          <w:tcPr>
            <w:tcW w:w="2280" w:type="dxa"/>
            <w:shd w:val="clear" w:color="auto" w:fill="D9E2F3"/>
          </w:tcPr>
          <w:p w14:paraId="73DC403B" w14:textId="77777777" w:rsidR="00FA47E8" w:rsidRDefault="007703BD">
            <w:r>
              <w:rPr>
                <w:b/>
                <w:sz w:val="20"/>
              </w:rPr>
              <w:t>分发部门</w:t>
            </w:r>
          </w:p>
        </w:tc>
        <w:tc>
          <w:tcPr>
            <w:tcW w:w="2280" w:type="dxa"/>
          </w:tcPr>
          <w:p w14:paraId="6399171C" w14:textId="77777777" w:rsidR="00FA47E8" w:rsidRDefault="007703BD">
            <w:r>
              <w:rPr>
                <w:sz w:val="20"/>
              </w:rPr>
              <w:t>□</w:t>
            </w:r>
            <w:r>
              <w:rPr>
                <w:sz w:val="20"/>
              </w:rPr>
              <w:t>安规测试科</w:t>
            </w:r>
            <w:r>
              <w:rPr>
                <w:sz w:val="20"/>
              </w:rPr>
              <w:t xml:space="preserve">  □</w:t>
            </w:r>
            <w:r>
              <w:rPr>
                <w:sz w:val="20"/>
              </w:rPr>
              <w:t>功能测试科</w:t>
            </w:r>
            <w:r>
              <w:rPr>
                <w:sz w:val="20"/>
              </w:rPr>
              <w:t xml:space="preserve">  □</w:t>
            </w:r>
            <w:r>
              <w:rPr>
                <w:sz w:val="20"/>
              </w:rPr>
              <w:t>可靠性实验科</w:t>
            </w:r>
            <w:r>
              <w:rPr>
                <w:sz w:val="20"/>
              </w:rPr>
              <w:t xml:space="preserve">  □</w:t>
            </w:r>
            <w:r>
              <w:rPr>
                <w:sz w:val="20"/>
              </w:rPr>
              <w:t>设备</w:t>
            </w:r>
            <w:r>
              <w:rPr>
                <w:sz w:val="20"/>
              </w:rPr>
              <w:t>/</w:t>
            </w:r>
            <w:r>
              <w:rPr>
                <w:sz w:val="20"/>
              </w:rPr>
              <w:t>样品室</w:t>
            </w:r>
            <w:r>
              <w:rPr>
                <w:sz w:val="20"/>
              </w:rPr>
              <w:t xml:space="preserve">  □</w:t>
            </w:r>
            <w:r>
              <w:rPr>
                <w:sz w:val="20"/>
              </w:rPr>
              <w:t>文件资料室</w:t>
            </w:r>
          </w:p>
        </w:tc>
        <w:tc>
          <w:tcPr>
            <w:tcW w:w="2280" w:type="dxa"/>
            <w:shd w:val="clear" w:color="auto" w:fill="D9E2F3"/>
          </w:tcPr>
          <w:p w14:paraId="03187ACC" w14:textId="77777777" w:rsidR="00FA47E8" w:rsidRDefault="007703BD">
            <w:r>
              <w:rPr>
                <w:sz w:val="20"/>
              </w:rPr>
              <w:t>□</w:t>
            </w:r>
            <w:r>
              <w:rPr>
                <w:sz w:val="20"/>
              </w:rPr>
              <w:t>技术负责人</w:t>
            </w:r>
            <w:r>
              <w:rPr>
                <w:sz w:val="20"/>
              </w:rPr>
              <w:t xml:space="preserve">  □</w:t>
            </w:r>
            <w:r>
              <w:rPr>
                <w:sz w:val="20"/>
              </w:rPr>
              <w:t>质量负责人</w:t>
            </w:r>
            <w:r>
              <w:rPr>
                <w:sz w:val="20"/>
              </w:rPr>
              <w:t xml:space="preserve">  □</w:t>
            </w:r>
            <w:r>
              <w:rPr>
                <w:sz w:val="20"/>
              </w:rPr>
              <w:t>实验室经理</w:t>
            </w:r>
          </w:p>
        </w:tc>
        <w:tc>
          <w:tcPr>
            <w:tcW w:w="2280" w:type="dxa"/>
          </w:tcPr>
          <w:p w14:paraId="5D2B8D9E" w14:textId="77777777" w:rsidR="00FA47E8" w:rsidRDefault="00FA47E8"/>
        </w:tc>
      </w:tr>
    </w:tbl>
    <w:p w14:paraId="684D6331" w14:textId="77777777" w:rsidR="00FA47E8" w:rsidRDefault="00FA47E8"/>
    <w:p w14:paraId="7BE32EEE" w14:textId="77777777" w:rsidR="00FA47E8" w:rsidRDefault="007703BD">
      <w:r>
        <w:rPr>
          <w:b/>
          <w:sz w:val="24"/>
        </w:rPr>
        <w:t>文件修订履历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520"/>
        <w:gridCol w:w="1520"/>
        <w:gridCol w:w="1520"/>
        <w:gridCol w:w="1520"/>
        <w:gridCol w:w="1520"/>
        <w:gridCol w:w="1520"/>
      </w:tblGrid>
      <w:tr w:rsidR="00FA47E8" w14:paraId="5357AC0C" w14:textId="77777777">
        <w:tc>
          <w:tcPr>
            <w:tcW w:w="1520" w:type="dxa"/>
            <w:shd w:val="clear" w:color="auto" w:fill="D9E2F3"/>
          </w:tcPr>
          <w:p w14:paraId="558C6263" w14:textId="77777777" w:rsidR="00FA47E8" w:rsidRDefault="007703BD">
            <w:r>
              <w:rPr>
                <w:b/>
                <w:sz w:val="20"/>
              </w:rPr>
              <w:t>版本</w:t>
            </w:r>
          </w:p>
        </w:tc>
        <w:tc>
          <w:tcPr>
            <w:tcW w:w="1520" w:type="dxa"/>
            <w:shd w:val="clear" w:color="auto" w:fill="D9E2F3"/>
          </w:tcPr>
          <w:p w14:paraId="05A7489C" w14:textId="77777777" w:rsidR="00FA47E8" w:rsidRDefault="007703BD">
            <w:r>
              <w:rPr>
                <w:b/>
                <w:sz w:val="20"/>
              </w:rPr>
              <w:t>修订日期</w:t>
            </w:r>
          </w:p>
        </w:tc>
        <w:tc>
          <w:tcPr>
            <w:tcW w:w="1520" w:type="dxa"/>
            <w:shd w:val="clear" w:color="auto" w:fill="D9E2F3"/>
          </w:tcPr>
          <w:p w14:paraId="7D993793" w14:textId="77777777" w:rsidR="00FA47E8" w:rsidRDefault="007703BD">
            <w:r>
              <w:rPr>
                <w:b/>
                <w:sz w:val="20"/>
              </w:rPr>
              <w:t>修订内容摘要</w:t>
            </w:r>
          </w:p>
        </w:tc>
        <w:tc>
          <w:tcPr>
            <w:tcW w:w="1520" w:type="dxa"/>
            <w:shd w:val="clear" w:color="auto" w:fill="D9E2F3"/>
          </w:tcPr>
          <w:p w14:paraId="79F5F75D" w14:textId="77777777" w:rsidR="00FA47E8" w:rsidRDefault="007703BD">
            <w:r>
              <w:rPr>
                <w:b/>
                <w:sz w:val="20"/>
              </w:rPr>
              <w:t>修订人</w:t>
            </w:r>
          </w:p>
        </w:tc>
        <w:tc>
          <w:tcPr>
            <w:tcW w:w="1520" w:type="dxa"/>
            <w:shd w:val="clear" w:color="auto" w:fill="D9E2F3"/>
          </w:tcPr>
          <w:p w14:paraId="6C1F9974" w14:textId="77777777" w:rsidR="00FA47E8" w:rsidRDefault="007703BD">
            <w:r>
              <w:rPr>
                <w:b/>
                <w:sz w:val="20"/>
              </w:rPr>
              <w:t>审核人</w:t>
            </w:r>
          </w:p>
        </w:tc>
        <w:tc>
          <w:tcPr>
            <w:tcW w:w="1520" w:type="dxa"/>
            <w:shd w:val="clear" w:color="auto" w:fill="D9E2F3"/>
          </w:tcPr>
          <w:p w14:paraId="134EDBEC" w14:textId="77777777" w:rsidR="00FA47E8" w:rsidRDefault="007703BD">
            <w:r>
              <w:rPr>
                <w:b/>
                <w:sz w:val="20"/>
              </w:rPr>
              <w:t>批准人</w:t>
            </w:r>
          </w:p>
        </w:tc>
      </w:tr>
      <w:tr w:rsidR="00FA47E8" w14:paraId="4F3DB5AF" w14:textId="77777777">
        <w:tc>
          <w:tcPr>
            <w:tcW w:w="1520" w:type="dxa"/>
          </w:tcPr>
          <w:p w14:paraId="657034DB" w14:textId="77777777" w:rsidR="00FA47E8" w:rsidRDefault="007703BD">
            <w:r>
              <w:t>A/0</w:t>
            </w:r>
          </w:p>
        </w:tc>
        <w:tc>
          <w:tcPr>
            <w:tcW w:w="1520" w:type="dxa"/>
          </w:tcPr>
          <w:p w14:paraId="1CA89000" w14:textId="77777777" w:rsidR="00FA47E8" w:rsidRDefault="00FA47E8"/>
        </w:tc>
        <w:tc>
          <w:tcPr>
            <w:tcW w:w="1520" w:type="dxa"/>
          </w:tcPr>
          <w:p w14:paraId="09A90CB2" w14:textId="77777777" w:rsidR="00FA47E8" w:rsidRDefault="007703BD">
            <w:r>
              <w:t>首次发布</w:t>
            </w:r>
          </w:p>
        </w:tc>
        <w:tc>
          <w:tcPr>
            <w:tcW w:w="1520" w:type="dxa"/>
          </w:tcPr>
          <w:p w14:paraId="3558C116" w14:textId="77777777" w:rsidR="00FA47E8" w:rsidRDefault="00FA47E8"/>
        </w:tc>
        <w:tc>
          <w:tcPr>
            <w:tcW w:w="1520" w:type="dxa"/>
          </w:tcPr>
          <w:p w14:paraId="28F43A37" w14:textId="77777777" w:rsidR="00FA47E8" w:rsidRDefault="00FA47E8"/>
        </w:tc>
        <w:tc>
          <w:tcPr>
            <w:tcW w:w="1520" w:type="dxa"/>
          </w:tcPr>
          <w:p w14:paraId="3C6A25EC" w14:textId="77777777" w:rsidR="00FA47E8" w:rsidRDefault="00FA47E8"/>
        </w:tc>
      </w:tr>
      <w:tr w:rsidR="00FA47E8" w14:paraId="053B9403" w14:textId="77777777">
        <w:tc>
          <w:tcPr>
            <w:tcW w:w="1520" w:type="dxa"/>
          </w:tcPr>
          <w:p w14:paraId="0D6FEA72" w14:textId="77777777" w:rsidR="00FA47E8" w:rsidRDefault="00FA47E8"/>
        </w:tc>
        <w:tc>
          <w:tcPr>
            <w:tcW w:w="1520" w:type="dxa"/>
          </w:tcPr>
          <w:p w14:paraId="1981D229" w14:textId="77777777" w:rsidR="00FA47E8" w:rsidRDefault="00FA47E8"/>
        </w:tc>
        <w:tc>
          <w:tcPr>
            <w:tcW w:w="1520" w:type="dxa"/>
          </w:tcPr>
          <w:p w14:paraId="246831F5" w14:textId="77777777" w:rsidR="00FA47E8" w:rsidRDefault="00FA47E8"/>
        </w:tc>
        <w:tc>
          <w:tcPr>
            <w:tcW w:w="1520" w:type="dxa"/>
          </w:tcPr>
          <w:p w14:paraId="4C514D49" w14:textId="77777777" w:rsidR="00FA47E8" w:rsidRDefault="00FA47E8"/>
        </w:tc>
        <w:tc>
          <w:tcPr>
            <w:tcW w:w="1520" w:type="dxa"/>
          </w:tcPr>
          <w:p w14:paraId="660EB5B8" w14:textId="77777777" w:rsidR="00FA47E8" w:rsidRDefault="00FA47E8"/>
        </w:tc>
        <w:tc>
          <w:tcPr>
            <w:tcW w:w="1520" w:type="dxa"/>
          </w:tcPr>
          <w:p w14:paraId="5D5E49A1" w14:textId="77777777" w:rsidR="00FA47E8" w:rsidRDefault="00FA47E8"/>
        </w:tc>
      </w:tr>
      <w:tr w:rsidR="00FA47E8" w14:paraId="2F08B9D1" w14:textId="77777777">
        <w:tc>
          <w:tcPr>
            <w:tcW w:w="1520" w:type="dxa"/>
          </w:tcPr>
          <w:p w14:paraId="59A9E77E" w14:textId="77777777" w:rsidR="00FA47E8" w:rsidRDefault="00FA47E8"/>
        </w:tc>
        <w:tc>
          <w:tcPr>
            <w:tcW w:w="1520" w:type="dxa"/>
          </w:tcPr>
          <w:p w14:paraId="6622B3A6" w14:textId="77777777" w:rsidR="00FA47E8" w:rsidRDefault="00FA47E8"/>
        </w:tc>
        <w:tc>
          <w:tcPr>
            <w:tcW w:w="1520" w:type="dxa"/>
          </w:tcPr>
          <w:p w14:paraId="5C52D034" w14:textId="77777777" w:rsidR="00FA47E8" w:rsidRDefault="00FA47E8"/>
        </w:tc>
        <w:tc>
          <w:tcPr>
            <w:tcW w:w="1520" w:type="dxa"/>
          </w:tcPr>
          <w:p w14:paraId="700A401E" w14:textId="77777777" w:rsidR="00FA47E8" w:rsidRDefault="00FA47E8"/>
        </w:tc>
        <w:tc>
          <w:tcPr>
            <w:tcW w:w="1520" w:type="dxa"/>
          </w:tcPr>
          <w:p w14:paraId="544AA7F2" w14:textId="77777777" w:rsidR="00FA47E8" w:rsidRDefault="00FA47E8"/>
        </w:tc>
        <w:tc>
          <w:tcPr>
            <w:tcW w:w="1520" w:type="dxa"/>
          </w:tcPr>
          <w:p w14:paraId="4F19E23A" w14:textId="77777777" w:rsidR="00FA47E8" w:rsidRDefault="00FA47E8"/>
        </w:tc>
      </w:tr>
    </w:tbl>
    <w:p w14:paraId="7CCD4C3B" w14:textId="77777777" w:rsidR="00FA47E8" w:rsidRDefault="00FA47E8"/>
    <w:p w14:paraId="6AF2744F" w14:textId="77777777" w:rsidR="00FA47E8" w:rsidRDefault="007703BD">
      <w:r>
        <w:rPr>
          <w:b/>
          <w:sz w:val="24"/>
        </w:rPr>
        <w:t xml:space="preserve">1  </w:t>
      </w:r>
      <w:r>
        <w:rPr>
          <w:b/>
          <w:sz w:val="24"/>
        </w:rPr>
        <w:t>目的</w:t>
      </w:r>
    </w:p>
    <w:p w14:paraId="7264E4B8" w14:textId="47782D39" w:rsidR="00FA47E8" w:rsidRDefault="00D70534">
      <w:pPr>
        <w:pStyle w:val="a0"/>
      </w:pPr>
      <w:r>
        <w:rPr>
          <w:rFonts w:ascii="微软雅黑" w:eastAsia="微软雅黑" w:hAnsi="微软雅黑" w:cs="微软雅黑" w:hint="eastAsia"/>
          <w:sz w:val="21"/>
        </w:rPr>
        <w:t>为规</w:t>
      </w:r>
      <w:r>
        <w:rPr>
          <w:rFonts w:ascii="MS Mincho" w:eastAsia="MS Mincho" w:hAnsi="MS Mincho" w:cs="MS Mincho" w:hint="eastAsia"/>
          <w:sz w:val="21"/>
        </w:rPr>
        <w:t>范本</w:t>
      </w:r>
      <w:r>
        <w:rPr>
          <w:rFonts w:ascii="微软雅黑" w:eastAsia="微软雅黑" w:hAnsi="微软雅黑" w:cs="微软雅黑" w:hint="eastAsia"/>
          <w:sz w:val="21"/>
        </w:rPr>
        <w:t>实验</w:t>
      </w:r>
      <w:r>
        <w:rPr>
          <w:rFonts w:ascii="MS Mincho" w:eastAsia="MS Mincho" w:hAnsi="MS Mincho" w:cs="MS Mincho" w:hint="eastAsia"/>
          <w:sz w:val="21"/>
        </w:rPr>
        <w:t>室在管理体系文件</w:t>
      </w:r>
      <w:r>
        <w:rPr>
          <w:rFonts w:ascii="微软雅黑" w:eastAsia="微软雅黑" w:hAnsi="微软雅黑" w:cs="微软雅黑" w:hint="eastAsia"/>
          <w:sz w:val="21"/>
        </w:rPr>
        <w:t>编</w:t>
      </w:r>
      <w:r>
        <w:rPr>
          <w:rFonts w:ascii="MS Mincho" w:eastAsia="MS Mincho" w:hAnsi="MS Mincho" w:cs="MS Mincho" w:hint="eastAsia"/>
          <w:sz w:val="21"/>
        </w:rPr>
        <w:t>制、</w:t>
      </w:r>
      <w:r>
        <w:rPr>
          <w:rFonts w:ascii="微软雅黑" w:eastAsia="微软雅黑" w:hAnsi="微软雅黑" w:cs="微软雅黑" w:hint="eastAsia"/>
          <w:sz w:val="21"/>
        </w:rPr>
        <w:t>发</w:t>
      </w:r>
      <w:r>
        <w:rPr>
          <w:rFonts w:ascii="MS Mincho" w:eastAsia="MS Mincho" w:hAnsi="MS Mincho" w:cs="MS Mincho" w:hint="eastAsia"/>
          <w:sz w:val="21"/>
        </w:rPr>
        <w:t>布与宣</w:t>
      </w:r>
      <w:r>
        <w:rPr>
          <w:rFonts w:ascii="微软雅黑" w:eastAsia="微软雅黑" w:hAnsi="微软雅黑" w:cs="微软雅黑" w:hint="eastAsia"/>
          <w:sz w:val="21"/>
        </w:rPr>
        <w:t>贯</w:t>
      </w:r>
      <w:r>
        <w:rPr>
          <w:rFonts w:ascii="MS Mincho" w:eastAsia="MS Mincho" w:hAnsi="MS Mincho" w:cs="MS Mincho" w:hint="eastAsia"/>
          <w:sz w:val="21"/>
        </w:rPr>
        <w:t>相关活</w:t>
      </w:r>
      <w:r>
        <w:rPr>
          <w:rFonts w:ascii="微软雅黑" w:eastAsia="微软雅黑" w:hAnsi="微软雅黑" w:cs="微软雅黑" w:hint="eastAsia"/>
          <w:sz w:val="21"/>
        </w:rPr>
        <w:t>动</w:t>
      </w:r>
      <w:r>
        <w:rPr>
          <w:rFonts w:ascii="MS Mincho" w:eastAsia="MS Mincho" w:hAnsi="MS Mincho" w:cs="MS Mincho" w:hint="eastAsia"/>
          <w:sz w:val="21"/>
        </w:rPr>
        <w:t>，确保</w:t>
      </w:r>
      <w:r>
        <w:rPr>
          <w:rFonts w:ascii="微软雅黑" w:eastAsia="微软雅黑" w:hAnsi="微软雅黑" w:cs="微软雅黑" w:hint="eastAsia"/>
          <w:sz w:val="21"/>
        </w:rPr>
        <w:t>检测</w:t>
      </w:r>
      <w:r>
        <w:rPr>
          <w:rFonts w:ascii="MS Mincho" w:eastAsia="MS Mincho" w:hAnsi="MS Mincho" w:cs="MS Mincho" w:hint="eastAsia"/>
          <w:sz w:val="21"/>
        </w:rPr>
        <w:t>工作符合</w:t>
      </w:r>
      <w:r>
        <w:rPr>
          <w:sz w:val="21"/>
        </w:rPr>
        <w:t>ISO/IEC 17025:2017</w:t>
      </w:r>
      <w:r>
        <w:rPr>
          <w:rFonts w:hint="eastAsia"/>
          <w:sz w:val="21"/>
        </w:rPr>
        <w:t>（</w:t>
      </w:r>
      <w:r>
        <w:rPr>
          <w:sz w:val="21"/>
        </w:rPr>
        <w:t>CNAS-CL01:2018</w:t>
      </w:r>
      <w:r>
        <w:rPr>
          <w:rFonts w:hint="eastAsia"/>
          <w:sz w:val="21"/>
        </w:rPr>
        <w:t>）§</w:t>
      </w:r>
      <w:r>
        <w:rPr>
          <w:sz w:val="21"/>
        </w:rPr>
        <w:t>8.2</w:t>
      </w:r>
      <w:r>
        <w:rPr>
          <w:rFonts w:hint="eastAsia"/>
          <w:sz w:val="21"/>
        </w:rPr>
        <w:t>条款及客</w:t>
      </w:r>
      <w:r>
        <w:rPr>
          <w:rFonts w:ascii="微软雅黑" w:eastAsia="微软雅黑" w:hAnsi="微软雅黑" w:cs="微软雅黑" w:hint="eastAsia"/>
          <w:sz w:val="21"/>
        </w:rPr>
        <w:t>户</w:t>
      </w:r>
      <w:r>
        <w:rPr>
          <w:rFonts w:ascii="MS Mincho" w:eastAsia="MS Mincho" w:hAnsi="MS Mincho" w:cs="MS Mincho" w:hint="eastAsia"/>
          <w:sz w:val="21"/>
        </w:rPr>
        <w:t>、法</w:t>
      </w:r>
      <w:r>
        <w:rPr>
          <w:rFonts w:ascii="微软雅黑" w:eastAsia="微软雅黑" w:hAnsi="微软雅黑" w:cs="微软雅黑" w:hint="eastAsia"/>
          <w:sz w:val="21"/>
        </w:rPr>
        <w:t>规</w:t>
      </w:r>
      <w:r>
        <w:rPr>
          <w:rFonts w:ascii="MS Mincho" w:eastAsia="MS Mincho" w:hAnsi="MS Mincho" w:cs="MS Mincho" w:hint="eastAsia"/>
          <w:sz w:val="21"/>
        </w:rPr>
        <w:t>要求，特制定本程序，符合</w:t>
      </w:r>
      <w:r>
        <w:rPr>
          <w:sz w:val="21"/>
        </w:rPr>
        <w:t xml:space="preserve">ISO/IEC 17025:2017 </w:t>
      </w:r>
      <w:r>
        <w:rPr>
          <w:rFonts w:hint="eastAsia"/>
          <w:sz w:val="21"/>
        </w:rPr>
        <w:t>第</w:t>
      </w:r>
      <w:r>
        <w:rPr>
          <w:sz w:val="21"/>
        </w:rPr>
        <w:t>8.2</w:t>
      </w:r>
      <w:r>
        <w:rPr>
          <w:rFonts w:hint="eastAsia"/>
          <w:sz w:val="21"/>
        </w:rPr>
        <w:t>条款要求。</w:t>
      </w:r>
    </w:p>
    <w:p w14:paraId="23A767F2" w14:textId="77777777" w:rsidR="00FA47E8" w:rsidRDefault="007703BD">
      <w:r>
        <w:rPr>
          <w:b/>
          <w:sz w:val="24"/>
        </w:rPr>
        <w:t xml:space="preserve">2  </w:t>
      </w:r>
      <w:r>
        <w:rPr>
          <w:b/>
          <w:sz w:val="24"/>
        </w:rPr>
        <w:t>范围</w:t>
      </w:r>
    </w:p>
    <w:p w14:paraId="684B878D" w14:textId="77777777" w:rsidR="00FA47E8" w:rsidRDefault="007703BD">
      <w:pPr>
        <w:pStyle w:val="a0"/>
      </w:pPr>
      <w:r>
        <w:rPr>
          <w:sz w:val="21"/>
        </w:rPr>
        <w:t>本程序适用于工程部实验室所有与管理体系文件编制、发布与宣贯相关的活动和人员。</w:t>
      </w:r>
    </w:p>
    <w:p w14:paraId="349C27DB" w14:textId="77777777" w:rsidR="00FA47E8" w:rsidRDefault="007703BD">
      <w:r>
        <w:rPr>
          <w:b/>
          <w:sz w:val="24"/>
        </w:rPr>
        <w:t xml:space="preserve">3  </w:t>
      </w:r>
      <w:r>
        <w:rPr>
          <w:b/>
          <w:sz w:val="24"/>
        </w:rPr>
        <w:t>职责</w:t>
      </w:r>
    </w:p>
    <w:p w14:paraId="65B1CB28" w14:textId="06D6BCF8" w:rsidR="00FA47E8" w:rsidRDefault="00D70534">
      <w:pPr>
        <w:pStyle w:val="a0"/>
      </w:pPr>
      <w:r>
        <w:rPr>
          <w:sz w:val="21"/>
        </w:rPr>
        <w:t xml:space="preserve">3.1  </w:t>
      </w:r>
      <w:r>
        <w:rPr>
          <w:rFonts w:ascii="微软雅黑" w:eastAsia="微软雅黑" w:hAnsi="微软雅黑" w:cs="微软雅黑" w:hint="eastAsia"/>
          <w:sz w:val="21"/>
        </w:rPr>
        <w:t>实验</w:t>
      </w:r>
      <w:r>
        <w:rPr>
          <w:rFonts w:ascii="MS Mincho" w:eastAsia="MS Mincho" w:hAnsi="MS Mincho" w:cs="MS Mincho" w:hint="eastAsia"/>
          <w:sz w:val="21"/>
        </w:rPr>
        <w:t>室</w:t>
      </w:r>
      <w:r>
        <w:rPr>
          <w:rFonts w:ascii="微软雅黑" w:eastAsia="微软雅黑" w:hAnsi="微软雅黑" w:cs="微软雅黑" w:hint="eastAsia"/>
          <w:sz w:val="21"/>
        </w:rPr>
        <w:t>经</w:t>
      </w:r>
      <w:r>
        <w:rPr>
          <w:rFonts w:ascii="MS Mincho" w:eastAsia="MS Mincho" w:hAnsi="MS Mincho" w:cs="MS Mincho" w:hint="eastAsia"/>
          <w:sz w:val="21"/>
        </w:rPr>
        <w:t>理：批准</w:t>
      </w:r>
      <w:r>
        <w:rPr>
          <w:rFonts w:ascii="微软雅黑" w:eastAsia="微软雅黑" w:hAnsi="微软雅黑" w:cs="微软雅黑" w:hint="eastAsia"/>
          <w:sz w:val="21"/>
        </w:rPr>
        <w:t>发</w:t>
      </w:r>
      <w:r>
        <w:rPr>
          <w:rFonts w:ascii="MS Mincho" w:eastAsia="MS Mincho" w:hAnsi="MS Mincho" w:cs="MS Mincho" w:hint="eastAsia"/>
          <w:sz w:val="21"/>
        </w:rPr>
        <w:t>布本程序，提供</w:t>
      </w:r>
      <w:r>
        <w:rPr>
          <w:rFonts w:ascii="微软雅黑" w:eastAsia="微软雅黑" w:hAnsi="微软雅黑" w:cs="微软雅黑" w:hint="eastAsia"/>
          <w:sz w:val="21"/>
        </w:rPr>
        <w:t>总</w:t>
      </w:r>
      <w:r>
        <w:rPr>
          <w:rFonts w:ascii="MS Mincho" w:eastAsia="MS Mincho" w:hAnsi="MS Mincho" w:cs="MS Mincho" w:hint="eastAsia"/>
          <w:sz w:val="21"/>
        </w:rPr>
        <w:t>体</w:t>
      </w:r>
      <w:r>
        <w:rPr>
          <w:rFonts w:ascii="微软雅黑" w:eastAsia="微软雅黑" w:hAnsi="微软雅黑" w:cs="微软雅黑" w:hint="eastAsia"/>
          <w:sz w:val="21"/>
        </w:rPr>
        <w:t>资</w:t>
      </w:r>
      <w:r>
        <w:rPr>
          <w:rFonts w:ascii="MS Mincho" w:eastAsia="MS Mincho" w:hAnsi="MS Mincho" w:cs="MS Mincho" w:hint="eastAsia"/>
          <w:sz w:val="21"/>
        </w:rPr>
        <w:t>源保障；</w:t>
      </w:r>
    </w:p>
    <w:p w14:paraId="70CBAC1F" w14:textId="55DFAB7A" w:rsidR="00FA47E8" w:rsidRDefault="00D70534">
      <w:pPr>
        <w:pStyle w:val="a0"/>
      </w:pPr>
      <w:r>
        <w:rPr>
          <w:sz w:val="21"/>
        </w:rPr>
        <w:t xml:space="preserve">3.2  </w:t>
      </w:r>
      <w:r>
        <w:rPr>
          <w:rFonts w:hint="eastAsia"/>
          <w:sz w:val="21"/>
        </w:rPr>
        <w:t>技</w:t>
      </w:r>
      <w:r>
        <w:rPr>
          <w:rFonts w:ascii="微软雅黑" w:eastAsia="微软雅黑" w:hAnsi="微软雅黑" w:cs="微软雅黑" w:hint="eastAsia"/>
          <w:sz w:val="21"/>
        </w:rPr>
        <w:t>术负责</w:t>
      </w:r>
      <w:r>
        <w:rPr>
          <w:rFonts w:ascii="MS Mincho" w:eastAsia="MS Mincho" w:hAnsi="MS Mincho" w:cs="MS Mincho" w:hint="eastAsia"/>
          <w:sz w:val="21"/>
        </w:rPr>
        <w:t>人：提供技</w:t>
      </w:r>
      <w:r>
        <w:rPr>
          <w:rFonts w:ascii="微软雅黑" w:eastAsia="微软雅黑" w:hAnsi="微软雅黑" w:cs="微软雅黑" w:hint="eastAsia"/>
          <w:sz w:val="21"/>
        </w:rPr>
        <w:t>术资</w:t>
      </w:r>
      <w:r>
        <w:rPr>
          <w:rFonts w:ascii="MS Mincho" w:eastAsia="MS Mincho" w:hAnsi="MS Mincho" w:cs="MS Mincho" w:hint="eastAsia"/>
          <w:sz w:val="21"/>
        </w:rPr>
        <w:t>源保障，</w:t>
      </w:r>
      <w:r>
        <w:rPr>
          <w:rFonts w:ascii="微软雅黑" w:eastAsia="微软雅黑" w:hAnsi="微软雅黑" w:cs="微软雅黑" w:hint="eastAsia"/>
          <w:sz w:val="21"/>
        </w:rPr>
        <w:t>审</w:t>
      </w:r>
      <w:r>
        <w:rPr>
          <w:rFonts w:ascii="MS Mincho" w:eastAsia="MS Mincho" w:hAnsi="MS Mincho" w:cs="MS Mincho" w:hint="eastAsia"/>
          <w:sz w:val="21"/>
        </w:rPr>
        <w:t>批重大技</w:t>
      </w:r>
      <w:r>
        <w:rPr>
          <w:rFonts w:ascii="微软雅黑" w:eastAsia="微软雅黑" w:hAnsi="微软雅黑" w:cs="微软雅黑" w:hint="eastAsia"/>
          <w:sz w:val="21"/>
        </w:rPr>
        <w:t>术变</w:t>
      </w:r>
      <w:r>
        <w:rPr>
          <w:rFonts w:ascii="MS Mincho" w:eastAsia="MS Mincho" w:hAnsi="MS Mincho" w:cs="MS Mincho" w:hint="eastAsia"/>
          <w:sz w:val="21"/>
        </w:rPr>
        <w:t>更；</w:t>
      </w:r>
    </w:p>
    <w:p w14:paraId="5097255C" w14:textId="1F79B1BE" w:rsidR="00FA47E8" w:rsidRDefault="00D70534">
      <w:pPr>
        <w:pStyle w:val="a0"/>
      </w:pPr>
      <w:r>
        <w:rPr>
          <w:sz w:val="21"/>
        </w:rPr>
        <w:t xml:space="preserve">3.3  </w:t>
      </w:r>
      <w:r>
        <w:rPr>
          <w:rFonts w:ascii="微软雅黑" w:eastAsia="微软雅黑" w:hAnsi="微软雅黑" w:cs="微软雅黑" w:hint="eastAsia"/>
          <w:sz w:val="21"/>
        </w:rPr>
        <w:t>质</w:t>
      </w:r>
      <w:r>
        <w:rPr>
          <w:rFonts w:ascii="MS Mincho" w:eastAsia="MS Mincho" w:hAnsi="MS Mincho" w:cs="MS Mincho" w:hint="eastAsia"/>
          <w:sz w:val="21"/>
        </w:rPr>
        <w:t>量</w:t>
      </w:r>
      <w:r>
        <w:rPr>
          <w:rFonts w:ascii="微软雅黑" w:eastAsia="微软雅黑" w:hAnsi="微软雅黑" w:cs="微软雅黑" w:hint="eastAsia"/>
          <w:sz w:val="21"/>
        </w:rPr>
        <w:t>负责</w:t>
      </w:r>
      <w:r>
        <w:rPr>
          <w:rFonts w:ascii="MS Mincho" w:eastAsia="MS Mincho" w:hAnsi="MS Mincho" w:cs="MS Mincho" w:hint="eastAsia"/>
          <w:sz w:val="21"/>
        </w:rPr>
        <w:t>人：</w:t>
      </w:r>
      <w:r>
        <w:rPr>
          <w:rFonts w:ascii="微软雅黑" w:eastAsia="微软雅黑" w:hAnsi="微软雅黑" w:cs="微软雅黑" w:hint="eastAsia"/>
          <w:sz w:val="21"/>
        </w:rPr>
        <w:t>组织</w:t>
      </w:r>
      <w:r>
        <w:rPr>
          <w:rFonts w:ascii="MS Mincho" w:eastAsia="MS Mincho" w:hAnsi="MS Mincho" w:cs="MS Mincho" w:hint="eastAsia"/>
          <w:sz w:val="21"/>
        </w:rPr>
        <w:t>本程序的</w:t>
      </w:r>
      <w:r>
        <w:rPr>
          <w:rFonts w:ascii="微软雅黑" w:eastAsia="微软雅黑" w:hAnsi="微软雅黑" w:cs="微软雅黑" w:hint="eastAsia"/>
          <w:sz w:val="21"/>
        </w:rPr>
        <w:t>编</w:t>
      </w:r>
      <w:r>
        <w:rPr>
          <w:rFonts w:ascii="MS Mincho" w:eastAsia="MS Mincho" w:hAnsi="MS Mincho" w:cs="MS Mincho" w:hint="eastAsia"/>
          <w:sz w:val="21"/>
        </w:rPr>
        <w:t>写、修</w:t>
      </w:r>
      <w:r>
        <w:rPr>
          <w:rFonts w:ascii="微软雅黑" w:eastAsia="微软雅黑" w:hAnsi="微软雅黑" w:cs="微软雅黑" w:hint="eastAsia"/>
          <w:sz w:val="21"/>
        </w:rPr>
        <w:t>订</w:t>
      </w:r>
      <w:r>
        <w:rPr>
          <w:rFonts w:ascii="MS Mincho" w:eastAsia="MS Mincho" w:hAnsi="MS Mincho" w:cs="MS Mincho" w:hint="eastAsia"/>
          <w:sz w:val="21"/>
        </w:rPr>
        <w:t>、宣</w:t>
      </w:r>
      <w:r>
        <w:rPr>
          <w:rFonts w:ascii="微软雅黑" w:eastAsia="微软雅黑" w:hAnsi="微软雅黑" w:cs="微软雅黑" w:hint="eastAsia"/>
          <w:sz w:val="21"/>
        </w:rPr>
        <w:t>贯</w:t>
      </w:r>
      <w:r>
        <w:rPr>
          <w:rFonts w:ascii="MS Mincho" w:eastAsia="MS Mincho" w:hAnsi="MS Mincho" w:cs="MS Mincho" w:hint="eastAsia"/>
          <w:sz w:val="21"/>
        </w:rPr>
        <w:t>和日常</w:t>
      </w:r>
      <w:r>
        <w:rPr>
          <w:rFonts w:ascii="微软雅黑" w:eastAsia="微软雅黑" w:hAnsi="微软雅黑" w:cs="微软雅黑" w:hint="eastAsia"/>
          <w:sz w:val="21"/>
        </w:rPr>
        <w:t>监</w:t>
      </w:r>
      <w:r>
        <w:rPr>
          <w:rFonts w:ascii="MS Mincho" w:eastAsia="MS Mincho" w:hAnsi="MS Mincho" w:cs="MS Mincho" w:hint="eastAsia"/>
          <w:sz w:val="21"/>
        </w:rPr>
        <w:t>督</w:t>
      </w:r>
      <w:r>
        <w:rPr>
          <w:rFonts w:ascii="微软雅黑" w:eastAsia="微软雅黑" w:hAnsi="微软雅黑" w:cs="微软雅黑" w:hint="eastAsia"/>
          <w:sz w:val="21"/>
        </w:rPr>
        <w:t>执</w:t>
      </w:r>
      <w:r>
        <w:rPr>
          <w:rFonts w:ascii="MS Mincho" w:eastAsia="MS Mincho" w:hAnsi="MS Mincho" w:cs="MS Mincho" w:hint="eastAsia"/>
          <w:sz w:val="21"/>
        </w:rPr>
        <w:t>行；</w:t>
      </w:r>
    </w:p>
    <w:p w14:paraId="51811D40" w14:textId="1CB62613" w:rsidR="00FA47E8" w:rsidRDefault="00D70534">
      <w:pPr>
        <w:pStyle w:val="a0"/>
      </w:pPr>
      <w:r>
        <w:rPr>
          <w:sz w:val="21"/>
        </w:rPr>
        <w:lastRenderedPageBreak/>
        <w:t xml:space="preserve">3.4  </w:t>
      </w:r>
      <w:r>
        <w:rPr>
          <w:rFonts w:hint="eastAsia"/>
          <w:sz w:val="21"/>
        </w:rPr>
        <w:t>各科室主管</w:t>
      </w:r>
      <w:r>
        <w:rPr>
          <w:sz w:val="21"/>
        </w:rPr>
        <w:t>/</w:t>
      </w:r>
      <w:r>
        <w:rPr>
          <w:rFonts w:ascii="微软雅黑" w:eastAsia="微软雅黑" w:hAnsi="微软雅黑" w:cs="微软雅黑" w:hint="eastAsia"/>
          <w:sz w:val="21"/>
        </w:rPr>
        <w:t>监</w:t>
      </w:r>
      <w:r>
        <w:rPr>
          <w:rFonts w:ascii="MS Mincho" w:eastAsia="MS Mincho" w:hAnsi="MS Mincho" w:cs="MS Mincho" w:hint="eastAsia"/>
          <w:sz w:val="21"/>
        </w:rPr>
        <w:t>督</w:t>
      </w:r>
      <w:r>
        <w:rPr>
          <w:rFonts w:ascii="微软雅黑" w:eastAsia="微软雅黑" w:hAnsi="微软雅黑" w:cs="微软雅黑" w:hint="eastAsia"/>
          <w:sz w:val="21"/>
        </w:rPr>
        <w:t>员</w:t>
      </w:r>
      <w:r>
        <w:rPr>
          <w:rFonts w:ascii="MS Mincho" w:eastAsia="MS Mincho" w:hAnsi="MS Mincho" w:cs="MS Mincho" w:hint="eastAsia"/>
          <w:sz w:val="21"/>
        </w:rPr>
        <w:t>及全体</w:t>
      </w:r>
      <w:r>
        <w:rPr>
          <w:rFonts w:ascii="微软雅黑" w:eastAsia="微软雅黑" w:hAnsi="微软雅黑" w:cs="微软雅黑" w:hint="eastAsia"/>
          <w:sz w:val="21"/>
        </w:rPr>
        <w:t>检测</w:t>
      </w:r>
      <w:r>
        <w:rPr>
          <w:rFonts w:ascii="MS Mincho" w:eastAsia="MS Mincho" w:hAnsi="MS Mincho" w:cs="MS Mincho" w:hint="eastAsia"/>
          <w:sz w:val="21"/>
        </w:rPr>
        <w:t>人</w:t>
      </w:r>
      <w:r>
        <w:rPr>
          <w:rFonts w:ascii="微软雅黑" w:eastAsia="微软雅黑" w:hAnsi="微软雅黑" w:cs="微软雅黑" w:hint="eastAsia"/>
          <w:sz w:val="21"/>
        </w:rPr>
        <w:t>员</w:t>
      </w:r>
      <w:r>
        <w:rPr>
          <w:rFonts w:ascii="MS Mincho" w:eastAsia="MS Mincho" w:hAnsi="MS Mincho" w:cs="MS Mincho" w:hint="eastAsia"/>
          <w:sz w:val="21"/>
        </w:rPr>
        <w:t>：</w:t>
      </w:r>
      <w:r>
        <w:rPr>
          <w:rFonts w:ascii="微软雅黑" w:eastAsia="微软雅黑" w:hAnsi="微软雅黑" w:cs="微软雅黑" w:hint="eastAsia"/>
          <w:sz w:val="21"/>
        </w:rPr>
        <w:t>负责</w:t>
      </w:r>
      <w:r>
        <w:rPr>
          <w:rFonts w:ascii="MS Mincho" w:eastAsia="MS Mincho" w:hAnsi="MS Mincho" w:cs="MS Mincho" w:hint="eastAsia"/>
          <w:sz w:val="21"/>
        </w:rPr>
        <w:t>本科室按本程序</w:t>
      </w:r>
      <w:r>
        <w:rPr>
          <w:rFonts w:ascii="微软雅黑" w:eastAsia="微软雅黑" w:hAnsi="微软雅黑" w:cs="微软雅黑" w:hint="eastAsia"/>
          <w:sz w:val="21"/>
        </w:rPr>
        <w:t>执</w:t>
      </w:r>
      <w:r>
        <w:rPr>
          <w:rFonts w:ascii="MS Mincho" w:eastAsia="MS Mincho" w:hAnsi="MS Mincho" w:cs="MS Mincho" w:hint="eastAsia"/>
          <w:sz w:val="21"/>
        </w:rPr>
        <w:t>行并形成</w:t>
      </w:r>
      <w:r>
        <w:rPr>
          <w:rFonts w:ascii="微软雅黑" w:eastAsia="微软雅黑" w:hAnsi="微软雅黑" w:cs="微软雅黑" w:hint="eastAsia"/>
          <w:sz w:val="21"/>
        </w:rPr>
        <w:t>记录</w:t>
      </w:r>
      <w:r>
        <w:rPr>
          <w:rFonts w:ascii="MS Mincho" w:eastAsia="MS Mincho" w:hAnsi="MS Mincho" w:cs="MS Mincho" w:hint="eastAsia"/>
          <w:sz w:val="21"/>
        </w:rPr>
        <w:t>，</w:t>
      </w:r>
      <w:r>
        <w:rPr>
          <w:rFonts w:ascii="微软雅黑" w:eastAsia="微软雅黑" w:hAnsi="微软雅黑" w:cs="微软雅黑" w:hint="eastAsia"/>
          <w:sz w:val="21"/>
        </w:rPr>
        <w:t>严</w:t>
      </w:r>
      <w:r>
        <w:rPr>
          <w:rFonts w:ascii="MS Mincho" w:eastAsia="MS Mincho" w:hAnsi="MS Mincho" w:cs="MS Mincho" w:hint="eastAsia"/>
          <w:sz w:val="21"/>
        </w:rPr>
        <w:t>格</w:t>
      </w:r>
      <w:r>
        <w:rPr>
          <w:rFonts w:ascii="微软雅黑" w:eastAsia="微软雅黑" w:hAnsi="微软雅黑" w:cs="微软雅黑" w:hint="eastAsia"/>
          <w:sz w:val="21"/>
        </w:rPr>
        <w:t>执</w:t>
      </w:r>
      <w:r>
        <w:rPr>
          <w:rFonts w:ascii="MS Mincho" w:eastAsia="MS Mincho" w:hAnsi="MS Mincho" w:cs="MS Mincho" w:hint="eastAsia"/>
          <w:sz w:val="21"/>
        </w:rPr>
        <w:t>行本程序并</w:t>
      </w:r>
      <w:r>
        <w:rPr>
          <w:rFonts w:ascii="微软雅黑" w:eastAsia="微软雅黑" w:hAnsi="微软雅黑" w:cs="微软雅黑" w:hint="eastAsia"/>
          <w:sz w:val="21"/>
        </w:rPr>
        <w:t>对输</w:t>
      </w:r>
      <w:r>
        <w:rPr>
          <w:rFonts w:ascii="MS Mincho" w:eastAsia="MS Mincho" w:hAnsi="MS Mincho" w:cs="MS Mincho" w:hint="eastAsia"/>
          <w:sz w:val="21"/>
        </w:rPr>
        <w:t>出</w:t>
      </w:r>
      <w:r>
        <w:rPr>
          <w:rFonts w:ascii="微软雅黑" w:eastAsia="微软雅黑" w:hAnsi="微软雅黑" w:cs="微软雅黑" w:hint="eastAsia"/>
          <w:sz w:val="21"/>
        </w:rPr>
        <w:t>结</w:t>
      </w:r>
      <w:r>
        <w:rPr>
          <w:rFonts w:ascii="MS Mincho" w:eastAsia="MS Mincho" w:hAnsi="MS Mincho" w:cs="MS Mincho" w:hint="eastAsia"/>
          <w:sz w:val="21"/>
        </w:rPr>
        <w:t>果</w:t>
      </w:r>
      <w:r>
        <w:rPr>
          <w:rFonts w:ascii="微软雅黑" w:eastAsia="微软雅黑" w:hAnsi="微软雅黑" w:cs="微软雅黑" w:hint="eastAsia"/>
          <w:sz w:val="21"/>
        </w:rPr>
        <w:t>负责</w:t>
      </w:r>
      <w:r>
        <w:rPr>
          <w:rFonts w:ascii="MS Mincho" w:eastAsia="MS Mincho" w:hAnsi="MS Mincho" w:cs="MS Mincho" w:hint="eastAsia"/>
          <w:sz w:val="21"/>
        </w:rPr>
        <w:t>。</w:t>
      </w:r>
    </w:p>
    <w:p w14:paraId="614C107E" w14:textId="77777777" w:rsidR="00FA47E8" w:rsidRDefault="007703BD">
      <w:r>
        <w:rPr>
          <w:b/>
          <w:sz w:val="24"/>
        </w:rPr>
        <w:t xml:space="preserve">4  </w:t>
      </w:r>
      <w:r>
        <w:rPr>
          <w:b/>
          <w:sz w:val="24"/>
        </w:rPr>
        <w:t>工作程序</w:t>
      </w:r>
    </w:p>
    <w:p w14:paraId="3E218F5C" w14:textId="77777777" w:rsidR="00FA47E8" w:rsidRDefault="007703BD">
      <w:pPr>
        <w:pStyle w:val="a0"/>
      </w:pPr>
      <w:r>
        <w:rPr>
          <w:sz w:val="21"/>
        </w:rPr>
        <w:t xml:space="preserve">8.2.1 </w:t>
      </w:r>
      <w:r>
        <w:rPr>
          <w:sz w:val="21"/>
        </w:rPr>
        <w:t>管理体系文件分四层：</w:t>
      </w:r>
    </w:p>
    <w:p w14:paraId="2885913E" w14:textId="77777777" w:rsidR="00FA47E8" w:rsidRDefault="007703BD">
      <w:pPr>
        <w:pStyle w:val="a0"/>
      </w:pPr>
      <w:r>
        <w:rPr>
          <w:sz w:val="21"/>
        </w:rPr>
        <w:t xml:space="preserve">       </w:t>
      </w:r>
      <w:r>
        <w:rPr>
          <w:sz w:val="21"/>
        </w:rPr>
        <w:t>第一层：质量手册（含方针</w:t>
      </w:r>
      <w:r>
        <w:rPr>
          <w:sz w:val="21"/>
        </w:rPr>
        <w:t>/</w:t>
      </w:r>
      <w:r>
        <w:rPr>
          <w:sz w:val="21"/>
        </w:rPr>
        <w:t>目标</w:t>
      </w:r>
      <w:r>
        <w:rPr>
          <w:sz w:val="21"/>
        </w:rPr>
        <w:t>/</w:t>
      </w:r>
      <w:r>
        <w:rPr>
          <w:sz w:val="21"/>
        </w:rPr>
        <w:t>范围</w:t>
      </w:r>
      <w:r>
        <w:rPr>
          <w:sz w:val="21"/>
        </w:rPr>
        <w:t>/</w:t>
      </w:r>
      <w:r>
        <w:rPr>
          <w:sz w:val="21"/>
        </w:rPr>
        <w:t>组织</w:t>
      </w:r>
      <w:r>
        <w:rPr>
          <w:sz w:val="21"/>
        </w:rPr>
        <w:t>/</w:t>
      </w:r>
      <w:r>
        <w:rPr>
          <w:sz w:val="21"/>
        </w:rPr>
        <w:t>条款对应关系）</w:t>
      </w:r>
    </w:p>
    <w:p w14:paraId="2721C2AE" w14:textId="77777777" w:rsidR="00FA47E8" w:rsidRDefault="007703BD">
      <w:pPr>
        <w:pStyle w:val="a0"/>
      </w:pPr>
      <w:r>
        <w:rPr>
          <w:sz w:val="21"/>
        </w:rPr>
        <w:t xml:space="preserve">       </w:t>
      </w:r>
      <w:r>
        <w:rPr>
          <w:sz w:val="21"/>
        </w:rPr>
        <w:t>第二层：程序文件（本目录所有</w:t>
      </w:r>
      <w:r>
        <w:rPr>
          <w:sz w:val="21"/>
        </w:rPr>
        <w:t>QP-</w:t>
      </w:r>
      <w:r>
        <w:rPr>
          <w:sz w:val="21"/>
        </w:rPr>
        <w:t>文件）</w:t>
      </w:r>
    </w:p>
    <w:p w14:paraId="553647CE" w14:textId="77777777" w:rsidR="00FA47E8" w:rsidRDefault="007703BD">
      <w:pPr>
        <w:pStyle w:val="a0"/>
      </w:pPr>
      <w:r>
        <w:rPr>
          <w:sz w:val="21"/>
        </w:rPr>
        <w:t xml:space="preserve">       </w:t>
      </w:r>
      <w:r>
        <w:rPr>
          <w:sz w:val="21"/>
        </w:rPr>
        <w:t>第三层：作业指导书</w:t>
      </w:r>
      <w:r>
        <w:rPr>
          <w:sz w:val="21"/>
        </w:rPr>
        <w:t>/</w:t>
      </w:r>
      <w:r>
        <w:rPr>
          <w:sz w:val="21"/>
        </w:rPr>
        <w:t>设备操作规程</w:t>
      </w:r>
      <w:r>
        <w:rPr>
          <w:sz w:val="21"/>
        </w:rPr>
        <w:t>/</w:t>
      </w:r>
      <w:r>
        <w:rPr>
          <w:sz w:val="21"/>
        </w:rPr>
        <w:t>检测方法（</w:t>
      </w:r>
      <w:r>
        <w:rPr>
          <w:sz w:val="21"/>
        </w:rPr>
        <w:t>WS/SOP/TM</w:t>
      </w:r>
      <w:r>
        <w:rPr>
          <w:sz w:val="21"/>
        </w:rPr>
        <w:t>）</w:t>
      </w:r>
    </w:p>
    <w:p w14:paraId="1E6D8553" w14:textId="77777777" w:rsidR="00FA47E8" w:rsidRDefault="007703BD">
      <w:pPr>
        <w:pStyle w:val="a0"/>
      </w:pPr>
      <w:r>
        <w:rPr>
          <w:sz w:val="21"/>
        </w:rPr>
        <w:t xml:space="preserve">       </w:t>
      </w:r>
      <w:r>
        <w:rPr>
          <w:sz w:val="21"/>
        </w:rPr>
        <w:t>第四层：记录表单</w:t>
      </w:r>
      <w:r>
        <w:rPr>
          <w:sz w:val="21"/>
        </w:rPr>
        <w:t>/</w:t>
      </w:r>
      <w:r>
        <w:rPr>
          <w:sz w:val="21"/>
        </w:rPr>
        <w:t>原始记录</w:t>
      </w:r>
      <w:r>
        <w:rPr>
          <w:sz w:val="21"/>
        </w:rPr>
        <w:t>/</w:t>
      </w:r>
      <w:r>
        <w:rPr>
          <w:sz w:val="21"/>
        </w:rPr>
        <w:t>报告（</w:t>
      </w:r>
      <w:r>
        <w:rPr>
          <w:sz w:val="21"/>
        </w:rPr>
        <w:t>FR/REC/RPT</w:t>
      </w:r>
      <w:r>
        <w:rPr>
          <w:sz w:val="21"/>
        </w:rPr>
        <w:t>）</w:t>
      </w:r>
    </w:p>
    <w:p w14:paraId="6AA092AC" w14:textId="77777777" w:rsidR="00FA47E8" w:rsidRDefault="007703BD">
      <w:pPr>
        <w:pStyle w:val="a0"/>
      </w:pPr>
      <w:r>
        <w:rPr>
          <w:sz w:val="21"/>
        </w:rPr>
        <w:t xml:space="preserve">8.2.2 </w:t>
      </w:r>
      <w:r>
        <w:rPr>
          <w:sz w:val="21"/>
        </w:rPr>
        <w:t>文件编制原则：谁使用谁起草</w:t>
      </w:r>
      <w:r>
        <w:rPr>
          <w:sz w:val="21"/>
        </w:rPr>
        <w:t>/</w:t>
      </w:r>
      <w:r>
        <w:rPr>
          <w:sz w:val="21"/>
        </w:rPr>
        <w:t>谁审核</w:t>
      </w:r>
      <w:r>
        <w:rPr>
          <w:sz w:val="21"/>
        </w:rPr>
        <w:t>/</w:t>
      </w:r>
      <w:r>
        <w:rPr>
          <w:sz w:val="21"/>
        </w:rPr>
        <w:t>谁批准；程序文件由质量负责人组织审核，最高管理者批准发布；</w:t>
      </w:r>
    </w:p>
    <w:p w14:paraId="2D27C24D" w14:textId="77777777" w:rsidR="00FA47E8" w:rsidRDefault="007703BD">
      <w:pPr>
        <w:pStyle w:val="a0"/>
      </w:pPr>
      <w:r>
        <w:rPr>
          <w:sz w:val="21"/>
        </w:rPr>
        <w:t xml:space="preserve">8.2.3 </w:t>
      </w:r>
      <w:r>
        <w:rPr>
          <w:sz w:val="21"/>
        </w:rPr>
        <w:t>文件宣贯：新发布</w:t>
      </w:r>
      <w:r>
        <w:rPr>
          <w:sz w:val="21"/>
        </w:rPr>
        <w:t>/</w:t>
      </w:r>
      <w:r>
        <w:rPr>
          <w:sz w:val="21"/>
        </w:rPr>
        <w:t>换版文件必须对所有相关使用者培训并记录，必要时考核；</w:t>
      </w:r>
    </w:p>
    <w:p w14:paraId="6955DA70" w14:textId="77777777" w:rsidR="00FA47E8" w:rsidRDefault="007703BD">
      <w:pPr>
        <w:pStyle w:val="a0"/>
      </w:pPr>
      <w:r>
        <w:rPr>
          <w:sz w:val="21"/>
        </w:rPr>
        <w:t xml:space="preserve">8.2.4 </w:t>
      </w:r>
      <w:r>
        <w:rPr>
          <w:sz w:val="21"/>
        </w:rPr>
        <w:t>文件编制格式：按公司统一模板（页眉含文件编号</w:t>
      </w:r>
      <w:r>
        <w:rPr>
          <w:sz w:val="21"/>
        </w:rPr>
        <w:t>/</w:t>
      </w:r>
      <w:r>
        <w:rPr>
          <w:sz w:val="21"/>
        </w:rPr>
        <w:t>版本</w:t>
      </w:r>
      <w:r>
        <w:rPr>
          <w:sz w:val="21"/>
        </w:rPr>
        <w:t>/</w:t>
      </w:r>
      <w:r>
        <w:rPr>
          <w:sz w:val="21"/>
        </w:rPr>
        <w:t>页码，结尾含修订履历表）。</w:t>
      </w:r>
    </w:p>
    <w:p w14:paraId="1DA9EC0E" w14:textId="77777777" w:rsidR="00FA47E8" w:rsidRDefault="007703BD">
      <w:r>
        <w:rPr>
          <w:b/>
          <w:sz w:val="24"/>
        </w:rPr>
        <w:t xml:space="preserve">5  </w:t>
      </w:r>
      <w:r>
        <w:rPr>
          <w:b/>
          <w:sz w:val="24"/>
        </w:rPr>
        <w:t>相关文件</w:t>
      </w:r>
    </w:p>
    <w:p w14:paraId="1AD1A81C" w14:textId="38260388" w:rsidR="00FA47E8" w:rsidRDefault="00D70534">
      <w:pPr>
        <w:pStyle w:val="a0"/>
      </w:pPr>
      <w:r>
        <w:rPr>
          <w:sz w:val="21"/>
        </w:rPr>
        <w:t xml:space="preserve">· </w:t>
      </w:r>
      <w:r>
        <w:rPr>
          <w:sz w:val="21"/>
        </w:rPr>
        <w:t>《文件控制程序》</w:t>
      </w:r>
      <w:r>
        <w:rPr>
          <w:sz w:val="21"/>
        </w:rPr>
        <w:t>QP-8.3-01</w:t>
      </w:r>
    </w:p>
    <w:p w14:paraId="782AF789" w14:textId="445C7634" w:rsidR="00FA47E8" w:rsidRDefault="00D70534">
      <w:pPr>
        <w:pStyle w:val="a0"/>
      </w:pPr>
      <w:r>
        <w:rPr>
          <w:sz w:val="21"/>
        </w:rPr>
        <w:t xml:space="preserve">· </w:t>
      </w:r>
      <w:r>
        <w:rPr>
          <w:sz w:val="21"/>
        </w:rPr>
        <w:t>《</w:t>
      </w:r>
      <w:r>
        <w:rPr>
          <w:rFonts w:ascii="微软雅黑" w:eastAsia="微软雅黑" w:hAnsi="微软雅黑" w:cs="微软雅黑" w:hint="eastAsia"/>
          <w:sz w:val="21"/>
        </w:rPr>
        <w:t>记录</w:t>
      </w:r>
      <w:r>
        <w:rPr>
          <w:rFonts w:ascii="MS Mincho" w:eastAsia="MS Mincho" w:hAnsi="MS Mincho" w:cs="MS Mincho" w:hint="eastAsia"/>
          <w:sz w:val="21"/>
        </w:rPr>
        <w:t>控制程序》</w:t>
      </w:r>
      <w:r>
        <w:rPr>
          <w:sz w:val="21"/>
        </w:rPr>
        <w:t>QP-8.4-01</w:t>
      </w:r>
    </w:p>
    <w:p w14:paraId="236739E8" w14:textId="794A2D89" w:rsidR="00FA47E8" w:rsidRDefault="00D70534">
      <w:pPr>
        <w:pStyle w:val="a0"/>
      </w:pPr>
      <w:r>
        <w:rPr>
          <w:sz w:val="21"/>
        </w:rPr>
        <w:t xml:space="preserve">· </w:t>
      </w:r>
      <w:r>
        <w:rPr>
          <w:sz w:val="21"/>
        </w:rPr>
        <w:t>《</w:t>
      </w:r>
      <w:r>
        <w:rPr>
          <w:rFonts w:ascii="微软雅黑" w:eastAsia="微软雅黑" w:hAnsi="微软雅黑" w:cs="微软雅黑" w:hint="eastAsia"/>
          <w:sz w:val="21"/>
        </w:rPr>
        <w:t>质</w:t>
      </w:r>
      <w:r>
        <w:rPr>
          <w:rFonts w:ascii="MS Mincho" w:eastAsia="MS Mincho" w:hAnsi="MS Mincho" w:cs="MS Mincho" w:hint="eastAsia"/>
          <w:sz w:val="21"/>
        </w:rPr>
        <w:t>量手册》</w:t>
      </w:r>
      <w:r>
        <w:rPr>
          <w:sz w:val="21"/>
        </w:rPr>
        <w:t>QM-00</w:t>
      </w:r>
    </w:p>
    <w:p w14:paraId="4A254BED" w14:textId="77777777" w:rsidR="00FA47E8" w:rsidRDefault="007703BD">
      <w:r>
        <w:rPr>
          <w:b/>
          <w:sz w:val="24"/>
        </w:rPr>
        <w:t xml:space="preserve">6  </w:t>
      </w:r>
      <w:r>
        <w:rPr>
          <w:b/>
          <w:sz w:val="24"/>
        </w:rPr>
        <w:t>相关记录</w:t>
      </w:r>
    </w:p>
    <w:p w14:paraId="13DEAA5A" w14:textId="02FA3589" w:rsidR="00FA47E8" w:rsidRDefault="00D70534">
      <w:pPr>
        <w:pStyle w:val="a0"/>
      </w:pPr>
      <w:r>
        <w:rPr>
          <w:sz w:val="21"/>
        </w:rPr>
        <w:t xml:space="preserve">· </w:t>
      </w:r>
      <w:r>
        <w:rPr>
          <w:sz w:val="21"/>
        </w:rPr>
        <w:t>（按</w:t>
      </w:r>
      <w:r>
        <w:rPr>
          <w:rFonts w:ascii="微软雅黑" w:eastAsia="微软雅黑" w:hAnsi="微软雅黑" w:cs="微软雅黑" w:hint="eastAsia"/>
          <w:sz w:val="21"/>
        </w:rPr>
        <w:t>实际记录</w:t>
      </w:r>
      <w:r>
        <w:rPr>
          <w:rFonts w:ascii="MS Mincho" w:eastAsia="MS Mincho" w:hAnsi="MS Mincho" w:cs="MS Mincho" w:hint="eastAsia"/>
          <w:sz w:val="21"/>
        </w:rPr>
        <w:t>表</w:t>
      </w:r>
      <w:r>
        <w:rPr>
          <w:rFonts w:ascii="微软雅黑" w:eastAsia="微软雅黑" w:hAnsi="微软雅黑" w:cs="微软雅黑" w:hint="eastAsia"/>
          <w:sz w:val="21"/>
        </w:rPr>
        <w:t>单</w:t>
      </w:r>
      <w:r>
        <w:rPr>
          <w:rFonts w:ascii="MS Mincho" w:eastAsia="MS Mincho" w:hAnsi="MS Mincho" w:cs="MS Mincho" w:hint="eastAsia"/>
          <w:sz w:val="21"/>
        </w:rPr>
        <w:t>名填写，示例：《</w:t>
      </w:r>
      <w:r>
        <w:rPr>
          <w:sz w:val="21"/>
        </w:rPr>
        <w:t>×××</w:t>
      </w:r>
      <w:r>
        <w:rPr>
          <w:rFonts w:ascii="微软雅黑" w:eastAsia="微软雅黑" w:hAnsi="微软雅黑" w:cs="微软雅黑" w:hint="eastAsia"/>
          <w:sz w:val="21"/>
        </w:rPr>
        <w:t>记录</w:t>
      </w:r>
      <w:r>
        <w:rPr>
          <w:rFonts w:ascii="MS Mincho" w:eastAsia="MS Mincho" w:hAnsi="MS Mincho" w:cs="MS Mincho" w:hint="eastAsia"/>
          <w:sz w:val="21"/>
        </w:rPr>
        <w:t>表》</w:t>
      </w:r>
      <w:r>
        <w:rPr>
          <w:sz w:val="21"/>
        </w:rPr>
        <w:t>FR-XX-01</w:t>
      </w:r>
      <w:r>
        <w:rPr>
          <w:sz w:val="21"/>
        </w:rPr>
        <w:t>）</w:t>
      </w:r>
    </w:p>
    <w:p w14:paraId="6039FDB5" w14:textId="77777777" w:rsidR="00FA47E8" w:rsidRDefault="00FA47E8"/>
    <w:p w14:paraId="2BC6FFBE" w14:textId="77777777" w:rsidR="00FA47E8" w:rsidRDefault="007703BD">
      <w:pPr>
        <w:jc w:val="center"/>
      </w:pPr>
      <w:r>
        <w:rPr>
          <w:i/>
          <w:color w:val="888888"/>
          <w:sz w:val="18"/>
        </w:rPr>
        <w:t xml:space="preserve">— </w:t>
      </w:r>
      <w:r>
        <w:rPr>
          <w:i/>
          <w:color w:val="888888"/>
          <w:sz w:val="18"/>
        </w:rPr>
        <w:t>本文件解释权归工程部实验室质量负责人</w:t>
      </w:r>
      <w:r>
        <w:rPr>
          <w:i/>
          <w:color w:val="888888"/>
          <w:sz w:val="18"/>
        </w:rPr>
        <w:t xml:space="preserve"> —</w:t>
      </w:r>
    </w:p>
    <w:sectPr w:rsidR="00FA47E8" w:rsidSect="00034616">
      <w:headerReference w:type="default" r:id="rId8"/>
      <w:pgSz w:w="12240" w:h="15840"/>
      <w:pgMar w:top="1440" w:right="1417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8657A" w14:textId="77777777" w:rsidR="007703BD" w:rsidRDefault="007703BD">
      <w:pPr>
        <w:spacing w:after="0" w:line="240" w:lineRule="auto"/>
      </w:pPr>
      <w:r>
        <w:separator/>
      </w:r>
    </w:p>
  </w:endnote>
  <w:endnote w:type="continuationSeparator" w:id="0">
    <w:p w14:paraId="733CE940" w14:textId="77777777" w:rsidR="007703BD" w:rsidRDefault="0077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05892" w14:textId="77777777" w:rsidR="007703BD" w:rsidRDefault="007703BD">
      <w:pPr>
        <w:spacing w:after="0" w:line="240" w:lineRule="auto"/>
      </w:pPr>
      <w:r>
        <w:separator/>
      </w:r>
    </w:p>
  </w:footnote>
  <w:footnote w:type="continuationSeparator" w:id="0">
    <w:p w14:paraId="00FD2D0A" w14:textId="77777777" w:rsidR="007703BD" w:rsidRDefault="00770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2C2A5" w14:textId="77777777" w:rsidR="00FA47E8" w:rsidRDefault="007703BD">
    <w:pPr>
      <w:pStyle w:val="a5"/>
    </w:pPr>
    <w:r>
      <w:rPr>
        <w:color w:val="555555"/>
        <w:sz w:val="18"/>
      </w:rPr>
      <w:t>工程部实验室</w:t>
    </w:r>
    <w:r>
      <w:rPr>
        <w:color w:val="555555"/>
        <w:sz w:val="18"/>
      </w:rPr>
      <w:t xml:space="preserve">  ·  </w:t>
    </w:r>
    <w:r>
      <w:rPr>
        <w:color w:val="555555"/>
        <w:sz w:val="18"/>
      </w:rPr>
      <w:t>文件编号：</w:t>
    </w:r>
    <w:r>
      <w:rPr>
        <w:color w:val="555555"/>
        <w:sz w:val="18"/>
      </w:rPr>
      <w:t xml:space="preserve">QP-8.2-01  ·  </w:t>
    </w:r>
    <w:r>
      <w:rPr>
        <w:color w:val="555555"/>
        <w:sz w:val="18"/>
      </w:rPr>
      <w:t>版本：</w:t>
    </w:r>
    <w:r>
      <w:rPr>
        <w:color w:val="555555"/>
        <w:sz w:val="18"/>
      </w:rPr>
      <w:t xml:space="preserve">A/0  ·  </w:t>
    </w:r>
    <w:r>
      <w:rPr>
        <w:color w:val="555555"/>
        <w:sz w:val="18"/>
      </w:rPr>
      <w:t>条款：</w:t>
    </w:r>
    <w:r>
      <w:rPr>
        <w:color w:val="555555"/>
        <w:sz w:val="18"/>
      </w:rPr>
      <w:t>ISO/IEC 17025:2017 §8.2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0003430">
    <w:abstractNumId w:val="8"/>
  </w:num>
  <w:num w:numId="2" w16cid:durableId="527380513">
    <w:abstractNumId w:val="6"/>
  </w:num>
  <w:num w:numId="3" w16cid:durableId="1169712172">
    <w:abstractNumId w:val="5"/>
  </w:num>
  <w:num w:numId="4" w16cid:durableId="1066490995">
    <w:abstractNumId w:val="4"/>
  </w:num>
  <w:num w:numId="5" w16cid:durableId="436950922">
    <w:abstractNumId w:val="7"/>
  </w:num>
  <w:num w:numId="6" w16cid:durableId="1155220185">
    <w:abstractNumId w:val="3"/>
  </w:num>
  <w:num w:numId="7" w16cid:durableId="187375207">
    <w:abstractNumId w:val="2"/>
  </w:num>
  <w:num w:numId="8" w16cid:durableId="774982220">
    <w:abstractNumId w:val="1"/>
  </w:num>
  <w:num w:numId="9" w16cid:durableId="141127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703BD"/>
    <w:rsid w:val="00AA1D8D"/>
    <w:rsid w:val="00B47730"/>
    <w:rsid w:val="00B51FEB"/>
    <w:rsid w:val="00CB0664"/>
    <w:rsid w:val="00D70534"/>
    <w:rsid w:val="00FA47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FEE2BF"/>
  <w14:defaultImageDpi w14:val="300"/>
  <w15:docId w15:val="{9960FC1E-46AD-463A-9D8A-889F649C9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K</cp:lastModifiedBy>
  <cp:revision>2</cp:revision>
  <dcterms:created xsi:type="dcterms:W3CDTF">2013-12-23T23:15:00Z</dcterms:created>
  <dcterms:modified xsi:type="dcterms:W3CDTF">2026-09-02T08:40:00Z</dcterms:modified>
  <cp:category/>
</cp:coreProperties>
</file>