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91E58" w14:textId="2F5B7764" w:rsidR="009E3CBB" w:rsidRDefault="00E01E3E">
      <w:pPr>
        <w:jc w:val="center"/>
      </w:pPr>
      <w:r>
        <w:rPr>
          <w:b/>
          <w:sz w:val="36"/>
        </w:rPr>
        <w:t xml:space="preserve">QP-5.2-01 V1.0  </w:t>
      </w:r>
      <w:r>
        <w:rPr>
          <w:rFonts w:ascii="微软雅黑" w:eastAsia="微软雅黑" w:hAnsi="微软雅黑" w:cs="微软雅黑" w:hint="eastAsia"/>
          <w:b/>
          <w:sz w:val="36"/>
        </w:rPr>
        <w:t>组织结</w:t>
      </w:r>
      <w:r>
        <w:rPr>
          <w:rFonts w:ascii="MS Mincho" w:eastAsia="MS Mincho" w:hAnsi="MS Mincho" w:cs="MS Mincho" w:hint="eastAsia"/>
          <w:b/>
          <w:sz w:val="36"/>
        </w:rPr>
        <w:t>构与</w:t>
      </w:r>
      <w:r>
        <w:rPr>
          <w:rFonts w:ascii="微软雅黑" w:eastAsia="微软雅黑" w:hAnsi="微软雅黑" w:cs="微软雅黑" w:hint="eastAsia"/>
          <w:b/>
          <w:sz w:val="36"/>
        </w:rPr>
        <w:t>岗</w:t>
      </w:r>
      <w:r>
        <w:rPr>
          <w:rFonts w:ascii="MS Mincho" w:eastAsia="MS Mincho" w:hAnsi="MS Mincho" w:cs="MS Mincho" w:hint="eastAsia"/>
          <w:b/>
          <w:sz w:val="36"/>
        </w:rPr>
        <w:t>位</w:t>
      </w:r>
      <w:r>
        <w:rPr>
          <w:rFonts w:ascii="微软雅黑" w:eastAsia="微软雅黑" w:hAnsi="微软雅黑" w:cs="微软雅黑" w:hint="eastAsia"/>
          <w:b/>
          <w:sz w:val="36"/>
        </w:rPr>
        <w:t>职责</w:t>
      </w:r>
      <w:r>
        <w:rPr>
          <w:rFonts w:ascii="MS Mincho" w:eastAsia="MS Mincho" w:hAnsi="MS Mincho" w:cs="MS Mincho" w:hint="eastAsia"/>
          <w:b/>
          <w:sz w:val="36"/>
        </w:rPr>
        <w:t>管理程序</w:t>
      </w:r>
    </w:p>
    <w:p w14:paraId="061E16C6" w14:textId="77777777" w:rsidR="009E3CBB" w:rsidRDefault="009E3CBB"/>
    <w:tbl>
      <w:tblPr>
        <w:tblStyle w:val="aff1"/>
        <w:tblW w:w="0" w:type="auto"/>
        <w:tblLook w:val="04A0" w:firstRow="1" w:lastRow="0" w:firstColumn="1" w:lastColumn="0" w:noHBand="0" w:noVBand="1"/>
      </w:tblPr>
      <w:tblGrid>
        <w:gridCol w:w="2280"/>
        <w:gridCol w:w="2280"/>
        <w:gridCol w:w="2280"/>
        <w:gridCol w:w="2280"/>
      </w:tblGrid>
      <w:tr w:rsidR="009E3CBB" w14:paraId="2739BA5D" w14:textId="77777777">
        <w:tc>
          <w:tcPr>
            <w:tcW w:w="2280" w:type="dxa"/>
            <w:shd w:val="clear" w:color="auto" w:fill="D9E2F3"/>
          </w:tcPr>
          <w:p w14:paraId="4B5C66B2" w14:textId="77777777" w:rsidR="009E3CBB" w:rsidRDefault="001E256C">
            <w:r>
              <w:rPr>
                <w:b/>
                <w:sz w:val="20"/>
              </w:rPr>
              <w:t>文件名称</w:t>
            </w:r>
          </w:p>
        </w:tc>
        <w:tc>
          <w:tcPr>
            <w:tcW w:w="2280" w:type="dxa"/>
          </w:tcPr>
          <w:p w14:paraId="32DCA06B" w14:textId="77777777" w:rsidR="009E3CBB" w:rsidRDefault="001E256C">
            <w:r>
              <w:rPr>
                <w:sz w:val="20"/>
              </w:rPr>
              <w:t>组织结构与岗位职责管理程序</w:t>
            </w:r>
          </w:p>
        </w:tc>
        <w:tc>
          <w:tcPr>
            <w:tcW w:w="2280" w:type="dxa"/>
            <w:shd w:val="clear" w:color="auto" w:fill="D9E2F3"/>
          </w:tcPr>
          <w:p w14:paraId="5502F5F9" w14:textId="77777777" w:rsidR="009E3CBB" w:rsidRDefault="001E256C">
            <w:r>
              <w:rPr>
                <w:b/>
                <w:sz w:val="20"/>
              </w:rPr>
              <w:t>文件编号</w:t>
            </w:r>
          </w:p>
        </w:tc>
        <w:tc>
          <w:tcPr>
            <w:tcW w:w="2280" w:type="dxa"/>
          </w:tcPr>
          <w:p w14:paraId="6DA327C6" w14:textId="0D7624B7" w:rsidR="009E3CBB" w:rsidRDefault="009117C0">
            <w:r>
              <w:rPr>
                <w:sz w:val="20"/>
              </w:rPr>
              <w:t>QP-5.2-01</w:t>
            </w:r>
          </w:p>
        </w:tc>
      </w:tr>
      <w:tr w:rsidR="009E3CBB" w14:paraId="4CCA668F" w14:textId="77777777">
        <w:tc>
          <w:tcPr>
            <w:tcW w:w="2280" w:type="dxa"/>
            <w:shd w:val="clear" w:color="auto" w:fill="D9E2F3"/>
          </w:tcPr>
          <w:p w14:paraId="6CAF36C2" w14:textId="77777777" w:rsidR="009E3CBB" w:rsidRDefault="001E256C">
            <w:r>
              <w:rPr>
                <w:b/>
                <w:sz w:val="20"/>
              </w:rPr>
              <w:t>版本</w:t>
            </w:r>
            <w:r>
              <w:rPr>
                <w:b/>
                <w:sz w:val="20"/>
              </w:rPr>
              <w:t xml:space="preserve"> / </w:t>
            </w:r>
            <w:r>
              <w:rPr>
                <w:b/>
                <w:sz w:val="20"/>
              </w:rPr>
              <w:t>状态</w:t>
            </w:r>
          </w:p>
        </w:tc>
        <w:tc>
          <w:tcPr>
            <w:tcW w:w="2280" w:type="dxa"/>
          </w:tcPr>
          <w:p w14:paraId="18D49A6E" w14:textId="2F7825AA" w:rsidR="009E3CBB" w:rsidRDefault="00E01E3E">
            <w:r>
              <w:rPr>
                <w:sz w:val="20"/>
              </w:rPr>
              <w:t xml:space="preserve">V1.0  </w:t>
            </w:r>
            <w:r>
              <w:rPr>
                <w:rFonts w:hint="eastAsia"/>
                <w:sz w:val="20"/>
              </w:rPr>
              <w:t>正式</w:t>
            </w:r>
            <w:r>
              <w:rPr>
                <w:rFonts w:ascii="微软雅黑" w:eastAsia="微软雅黑" w:hAnsi="微软雅黑" w:cs="微软雅黑" w:hint="eastAsia"/>
                <w:sz w:val="20"/>
              </w:rPr>
              <w:t>发</w:t>
            </w:r>
            <w:r>
              <w:rPr>
                <w:rFonts w:ascii="MS Mincho" w:eastAsia="MS Mincho" w:hAnsi="MS Mincho" w:cs="MS Mincho" w:hint="eastAsia"/>
                <w:sz w:val="20"/>
              </w:rPr>
              <w:t>布</w:t>
            </w:r>
          </w:p>
        </w:tc>
        <w:tc>
          <w:tcPr>
            <w:tcW w:w="2280" w:type="dxa"/>
            <w:shd w:val="clear" w:color="auto" w:fill="D9E2F3"/>
          </w:tcPr>
          <w:p w14:paraId="2F351B72" w14:textId="77777777" w:rsidR="009E3CBB" w:rsidRDefault="001E256C">
            <w:r>
              <w:rPr>
                <w:b/>
                <w:sz w:val="20"/>
              </w:rPr>
              <w:t>实施日期</w:t>
            </w:r>
          </w:p>
        </w:tc>
        <w:tc>
          <w:tcPr>
            <w:tcW w:w="2280" w:type="dxa"/>
          </w:tcPr>
          <w:p w14:paraId="236AA1B5" w14:textId="3B419C2E" w:rsidR="009E3CBB" w:rsidRDefault="00E01E3E">
            <w:r>
              <w:rPr>
                <w:rFonts w:hint="eastAsia"/>
                <w:sz w:val="20"/>
              </w:rPr>
              <w:t xml:space="preserve">2026 </w:t>
            </w:r>
            <w:r>
              <w:rPr>
                <w:rFonts w:hint="eastAsia"/>
                <w:sz w:val="20"/>
              </w:rPr>
              <w:t>年</w:t>
            </w:r>
            <w:r>
              <w:rPr>
                <w:rFonts w:hint="eastAsia"/>
                <w:sz w:val="20"/>
              </w:rPr>
              <w:t xml:space="preserve">8 </w:t>
            </w:r>
            <w:r>
              <w:rPr>
                <w:rFonts w:hint="eastAsia"/>
                <w:sz w:val="20"/>
              </w:rPr>
              <w:t>月</w:t>
            </w:r>
            <w:r>
              <w:rPr>
                <w:rFonts w:hint="eastAsia"/>
                <w:sz w:val="20"/>
              </w:rPr>
              <w:t xml:space="preserve">31 </w:t>
            </w:r>
            <w:r>
              <w:rPr>
                <w:rFonts w:hint="eastAsia"/>
                <w:sz w:val="20"/>
              </w:rPr>
              <w:t>日</w:t>
            </w:r>
          </w:p>
        </w:tc>
      </w:tr>
      <w:tr w:rsidR="009E3CBB" w14:paraId="51B771BF" w14:textId="77777777">
        <w:tc>
          <w:tcPr>
            <w:tcW w:w="2280" w:type="dxa"/>
            <w:shd w:val="clear" w:color="auto" w:fill="D9E2F3"/>
          </w:tcPr>
          <w:p w14:paraId="0BCD5292" w14:textId="77777777" w:rsidR="009E3CBB" w:rsidRDefault="001E256C">
            <w:r>
              <w:rPr>
                <w:b/>
                <w:sz w:val="20"/>
              </w:rPr>
              <w:t>编制部门</w:t>
            </w:r>
          </w:p>
        </w:tc>
        <w:tc>
          <w:tcPr>
            <w:tcW w:w="2280" w:type="dxa"/>
          </w:tcPr>
          <w:p w14:paraId="5EE55D9D" w14:textId="77777777" w:rsidR="009E3CBB" w:rsidRDefault="001E256C">
            <w:r>
              <w:rPr>
                <w:sz w:val="20"/>
              </w:rPr>
              <w:t>工程部实验室</w:t>
            </w:r>
            <w:r>
              <w:rPr>
                <w:sz w:val="20"/>
              </w:rPr>
              <w:t xml:space="preserve"> · </w:t>
            </w:r>
            <w:r>
              <w:rPr>
                <w:sz w:val="20"/>
              </w:rPr>
              <w:t>体系组</w:t>
            </w:r>
          </w:p>
        </w:tc>
        <w:tc>
          <w:tcPr>
            <w:tcW w:w="2280" w:type="dxa"/>
            <w:shd w:val="clear" w:color="auto" w:fill="D9E2F3"/>
          </w:tcPr>
          <w:p w14:paraId="2045412E" w14:textId="77777777" w:rsidR="009E3CBB" w:rsidRDefault="001E256C">
            <w:r>
              <w:rPr>
                <w:b/>
                <w:sz w:val="20"/>
              </w:rPr>
              <w:t>对应条款</w:t>
            </w:r>
          </w:p>
        </w:tc>
        <w:tc>
          <w:tcPr>
            <w:tcW w:w="2280" w:type="dxa"/>
          </w:tcPr>
          <w:p w14:paraId="1BE23FD4" w14:textId="77777777" w:rsidR="009E3CBB" w:rsidRDefault="001E256C">
            <w:r>
              <w:rPr>
                <w:sz w:val="20"/>
              </w:rPr>
              <w:t>ISO/IEC 17025:2017 §5.2</w:t>
            </w:r>
          </w:p>
        </w:tc>
      </w:tr>
      <w:tr w:rsidR="009E3CBB" w14:paraId="5793CFDD" w14:textId="77777777">
        <w:tc>
          <w:tcPr>
            <w:tcW w:w="2280" w:type="dxa"/>
            <w:shd w:val="clear" w:color="auto" w:fill="D9E2F3"/>
          </w:tcPr>
          <w:p w14:paraId="05937C0A" w14:textId="77777777" w:rsidR="009E3CBB" w:rsidRDefault="001E256C">
            <w:r>
              <w:rPr>
                <w:b/>
                <w:sz w:val="20"/>
              </w:rPr>
              <w:t>起草人</w:t>
            </w:r>
          </w:p>
        </w:tc>
        <w:tc>
          <w:tcPr>
            <w:tcW w:w="2280" w:type="dxa"/>
          </w:tcPr>
          <w:p w14:paraId="060A4256" w14:textId="77777777" w:rsidR="009E3CBB" w:rsidRDefault="001E256C">
            <w:r>
              <w:rPr>
                <w:sz w:val="20"/>
              </w:rPr>
              <w:t xml:space="preserve">                    / </w:t>
            </w:r>
            <w:r>
              <w:rPr>
                <w:sz w:val="20"/>
              </w:rPr>
              <w:t>日期：</w:t>
            </w:r>
          </w:p>
        </w:tc>
        <w:tc>
          <w:tcPr>
            <w:tcW w:w="2280" w:type="dxa"/>
            <w:shd w:val="clear" w:color="auto" w:fill="D9E2F3"/>
          </w:tcPr>
          <w:p w14:paraId="529F8148" w14:textId="77777777" w:rsidR="009E3CBB" w:rsidRDefault="001E256C">
            <w:r>
              <w:rPr>
                <w:b/>
                <w:sz w:val="20"/>
              </w:rPr>
              <w:t>审核人</w:t>
            </w:r>
          </w:p>
        </w:tc>
        <w:tc>
          <w:tcPr>
            <w:tcW w:w="2280" w:type="dxa"/>
          </w:tcPr>
          <w:p w14:paraId="4C2F8F28" w14:textId="77777777" w:rsidR="009E3CBB" w:rsidRDefault="001E256C">
            <w:r>
              <w:rPr>
                <w:sz w:val="20"/>
              </w:rPr>
              <w:t xml:space="preserve">                    / </w:t>
            </w:r>
            <w:r>
              <w:rPr>
                <w:sz w:val="20"/>
              </w:rPr>
              <w:t>日期：</w:t>
            </w:r>
          </w:p>
        </w:tc>
      </w:tr>
      <w:tr w:rsidR="009E3CBB" w14:paraId="4C12AE57" w14:textId="77777777">
        <w:tc>
          <w:tcPr>
            <w:tcW w:w="2280" w:type="dxa"/>
            <w:shd w:val="clear" w:color="auto" w:fill="D9E2F3"/>
          </w:tcPr>
          <w:p w14:paraId="5C9A456C" w14:textId="77777777" w:rsidR="009E3CBB" w:rsidRDefault="001E256C">
            <w:r>
              <w:rPr>
                <w:b/>
                <w:sz w:val="20"/>
              </w:rPr>
              <w:t>批准人</w:t>
            </w:r>
          </w:p>
        </w:tc>
        <w:tc>
          <w:tcPr>
            <w:tcW w:w="2280" w:type="dxa"/>
          </w:tcPr>
          <w:p w14:paraId="25662EE8" w14:textId="77777777" w:rsidR="009E3CBB" w:rsidRDefault="001E256C">
            <w:r>
              <w:rPr>
                <w:sz w:val="20"/>
              </w:rPr>
              <w:t xml:space="preserve">                    / </w:t>
            </w:r>
            <w:r>
              <w:rPr>
                <w:sz w:val="20"/>
              </w:rPr>
              <w:t>日期：</w:t>
            </w:r>
          </w:p>
        </w:tc>
        <w:tc>
          <w:tcPr>
            <w:tcW w:w="2280" w:type="dxa"/>
            <w:shd w:val="clear" w:color="auto" w:fill="D9E2F3"/>
          </w:tcPr>
          <w:p w14:paraId="5C22389F" w14:textId="77777777" w:rsidR="009E3CBB" w:rsidRDefault="001E256C">
            <w:r>
              <w:rPr>
                <w:b/>
                <w:sz w:val="20"/>
              </w:rPr>
              <w:t>批准范围</w:t>
            </w:r>
          </w:p>
        </w:tc>
        <w:tc>
          <w:tcPr>
            <w:tcW w:w="2280" w:type="dxa"/>
          </w:tcPr>
          <w:p w14:paraId="27E30A66" w14:textId="77777777" w:rsidR="009E3CBB" w:rsidRDefault="001E256C">
            <w:r>
              <w:rPr>
                <w:sz w:val="20"/>
              </w:rPr>
              <w:t>工程部实验室全体</w:t>
            </w:r>
          </w:p>
        </w:tc>
      </w:tr>
      <w:tr w:rsidR="009E3CBB" w14:paraId="6BBDBE2B" w14:textId="77777777">
        <w:tc>
          <w:tcPr>
            <w:tcW w:w="2280" w:type="dxa"/>
            <w:shd w:val="clear" w:color="auto" w:fill="D9E2F3"/>
          </w:tcPr>
          <w:p w14:paraId="03B71DCB" w14:textId="77777777" w:rsidR="009E3CBB" w:rsidRDefault="001E256C">
            <w:r>
              <w:rPr>
                <w:b/>
                <w:sz w:val="20"/>
              </w:rPr>
              <w:t>分发部门</w:t>
            </w:r>
          </w:p>
        </w:tc>
        <w:tc>
          <w:tcPr>
            <w:tcW w:w="2280" w:type="dxa"/>
          </w:tcPr>
          <w:p w14:paraId="22FEB496" w14:textId="77777777" w:rsidR="009E3CBB" w:rsidRDefault="001E256C">
            <w:r>
              <w:rPr>
                <w:sz w:val="20"/>
              </w:rPr>
              <w:t>□</w:t>
            </w:r>
            <w:r>
              <w:rPr>
                <w:sz w:val="20"/>
              </w:rPr>
              <w:t>安规测试科</w:t>
            </w:r>
            <w:r>
              <w:rPr>
                <w:sz w:val="20"/>
              </w:rPr>
              <w:t xml:space="preserve">  □</w:t>
            </w:r>
            <w:r>
              <w:rPr>
                <w:sz w:val="20"/>
              </w:rPr>
              <w:t>功能测试科</w:t>
            </w:r>
            <w:r>
              <w:rPr>
                <w:sz w:val="20"/>
              </w:rPr>
              <w:t xml:space="preserve">  □</w:t>
            </w:r>
            <w:r>
              <w:rPr>
                <w:sz w:val="20"/>
              </w:rPr>
              <w:t>可靠性实验科</w:t>
            </w:r>
            <w:r>
              <w:rPr>
                <w:sz w:val="20"/>
              </w:rPr>
              <w:t xml:space="preserve">  □</w:t>
            </w:r>
            <w:r>
              <w:rPr>
                <w:sz w:val="20"/>
              </w:rPr>
              <w:t>设备</w:t>
            </w:r>
            <w:r>
              <w:rPr>
                <w:sz w:val="20"/>
              </w:rPr>
              <w:t>/</w:t>
            </w:r>
            <w:r>
              <w:rPr>
                <w:sz w:val="20"/>
              </w:rPr>
              <w:t>样品室</w:t>
            </w:r>
            <w:r>
              <w:rPr>
                <w:sz w:val="20"/>
              </w:rPr>
              <w:t xml:space="preserve">  □</w:t>
            </w:r>
            <w:r>
              <w:rPr>
                <w:sz w:val="20"/>
              </w:rPr>
              <w:t>文件资料室</w:t>
            </w:r>
          </w:p>
        </w:tc>
        <w:tc>
          <w:tcPr>
            <w:tcW w:w="2280" w:type="dxa"/>
            <w:shd w:val="clear" w:color="auto" w:fill="D9E2F3"/>
          </w:tcPr>
          <w:p w14:paraId="2062AF0B" w14:textId="77777777" w:rsidR="009E3CBB" w:rsidRDefault="001E256C">
            <w:r>
              <w:rPr>
                <w:sz w:val="20"/>
              </w:rPr>
              <w:t>□</w:t>
            </w:r>
            <w:r>
              <w:rPr>
                <w:sz w:val="20"/>
              </w:rPr>
              <w:t>技术负责人</w:t>
            </w:r>
            <w:r>
              <w:rPr>
                <w:sz w:val="20"/>
              </w:rPr>
              <w:t xml:space="preserve">  □</w:t>
            </w:r>
            <w:r>
              <w:rPr>
                <w:sz w:val="20"/>
              </w:rPr>
              <w:t>质量负责人</w:t>
            </w:r>
            <w:r>
              <w:rPr>
                <w:sz w:val="20"/>
              </w:rPr>
              <w:t xml:space="preserve">  □</w:t>
            </w:r>
            <w:r>
              <w:rPr>
                <w:sz w:val="20"/>
              </w:rPr>
              <w:t>实验室经理</w:t>
            </w:r>
          </w:p>
        </w:tc>
        <w:tc>
          <w:tcPr>
            <w:tcW w:w="2280" w:type="dxa"/>
          </w:tcPr>
          <w:p w14:paraId="04E1F697" w14:textId="77777777" w:rsidR="009E3CBB" w:rsidRDefault="009E3CBB"/>
        </w:tc>
      </w:tr>
    </w:tbl>
    <w:p w14:paraId="6935641D" w14:textId="77777777" w:rsidR="009E3CBB" w:rsidRDefault="009E3CBB"/>
    <w:p w14:paraId="404EAD56" w14:textId="77777777" w:rsidR="009E3CBB" w:rsidRDefault="001E256C">
      <w:r>
        <w:rPr>
          <w:b/>
          <w:sz w:val="24"/>
        </w:rPr>
        <w:t>文件修订履历</w:t>
      </w:r>
    </w:p>
    <w:tbl>
      <w:tblPr>
        <w:tblStyle w:val="aff1"/>
        <w:tblW w:w="0" w:type="auto"/>
        <w:tblLook w:val="04A0" w:firstRow="1" w:lastRow="0" w:firstColumn="1" w:lastColumn="0" w:noHBand="0" w:noVBand="1"/>
      </w:tblPr>
      <w:tblGrid>
        <w:gridCol w:w="1520"/>
        <w:gridCol w:w="1520"/>
        <w:gridCol w:w="1520"/>
        <w:gridCol w:w="1520"/>
        <w:gridCol w:w="1520"/>
        <w:gridCol w:w="1520"/>
      </w:tblGrid>
      <w:tr w:rsidR="009E3CBB" w14:paraId="63B0134B" w14:textId="77777777">
        <w:tc>
          <w:tcPr>
            <w:tcW w:w="1520" w:type="dxa"/>
            <w:shd w:val="clear" w:color="auto" w:fill="D9E2F3"/>
          </w:tcPr>
          <w:p w14:paraId="255C9F4D" w14:textId="77777777" w:rsidR="009E3CBB" w:rsidRDefault="001E256C">
            <w:r>
              <w:rPr>
                <w:b/>
                <w:sz w:val="20"/>
              </w:rPr>
              <w:t>版本</w:t>
            </w:r>
          </w:p>
        </w:tc>
        <w:tc>
          <w:tcPr>
            <w:tcW w:w="1520" w:type="dxa"/>
            <w:shd w:val="clear" w:color="auto" w:fill="D9E2F3"/>
          </w:tcPr>
          <w:p w14:paraId="6D580564" w14:textId="77777777" w:rsidR="009E3CBB" w:rsidRDefault="001E256C">
            <w:r>
              <w:rPr>
                <w:b/>
                <w:sz w:val="20"/>
              </w:rPr>
              <w:t>修订日期</w:t>
            </w:r>
          </w:p>
        </w:tc>
        <w:tc>
          <w:tcPr>
            <w:tcW w:w="1520" w:type="dxa"/>
            <w:shd w:val="clear" w:color="auto" w:fill="D9E2F3"/>
          </w:tcPr>
          <w:p w14:paraId="64D3C4E9" w14:textId="77777777" w:rsidR="009E3CBB" w:rsidRDefault="001E256C">
            <w:r>
              <w:rPr>
                <w:b/>
                <w:sz w:val="20"/>
              </w:rPr>
              <w:t>修订内容摘要</w:t>
            </w:r>
          </w:p>
        </w:tc>
        <w:tc>
          <w:tcPr>
            <w:tcW w:w="1520" w:type="dxa"/>
            <w:shd w:val="clear" w:color="auto" w:fill="D9E2F3"/>
          </w:tcPr>
          <w:p w14:paraId="2B361AF4" w14:textId="77777777" w:rsidR="009E3CBB" w:rsidRDefault="001E256C">
            <w:r>
              <w:rPr>
                <w:b/>
                <w:sz w:val="20"/>
              </w:rPr>
              <w:t>修订人</w:t>
            </w:r>
          </w:p>
        </w:tc>
        <w:tc>
          <w:tcPr>
            <w:tcW w:w="1520" w:type="dxa"/>
            <w:shd w:val="clear" w:color="auto" w:fill="D9E2F3"/>
          </w:tcPr>
          <w:p w14:paraId="55B4C33A" w14:textId="77777777" w:rsidR="009E3CBB" w:rsidRDefault="001E256C">
            <w:r>
              <w:rPr>
                <w:b/>
                <w:sz w:val="20"/>
              </w:rPr>
              <w:t>审核人</w:t>
            </w:r>
          </w:p>
        </w:tc>
        <w:tc>
          <w:tcPr>
            <w:tcW w:w="1520" w:type="dxa"/>
            <w:shd w:val="clear" w:color="auto" w:fill="D9E2F3"/>
          </w:tcPr>
          <w:p w14:paraId="12B277F1" w14:textId="77777777" w:rsidR="009E3CBB" w:rsidRDefault="001E256C">
            <w:r>
              <w:rPr>
                <w:b/>
                <w:sz w:val="20"/>
              </w:rPr>
              <w:t>批准人</w:t>
            </w:r>
          </w:p>
        </w:tc>
      </w:tr>
      <w:tr w:rsidR="009E3CBB" w14:paraId="7F15D775" w14:textId="77777777">
        <w:tc>
          <w:tcPr>
            <w:tcW w:w="1520" w:type="dxa"/>
          </w:tcPr>
          <w:p w14:paraId="74E10DAB" w14:textId="12817D84" w:rsidR="009E3CBB" w:rsidRDefault="009117C0">
            <w:r>
              <w:t>V1.0</w:t>
            </w:r>
          </w:p>
        </w:tc>
        <w:tc>
          <w:tcPr>
            <w:tcW w:w="1520" w:type="dxa"/>
          </w:tcPr>
          <w:p w14:paraId="78D648C3" w14:textId="0CB8F6F1" w:rsidR="009E3CBB" w:rsidRDefault="009117C0">
            <w:r>
              <w:t>2026-08-31</w:t>
            </w:r>
          </w:p>
        </w:tc>
        <w:tc>
          <w:tcPr>
            <w:tcW w:w="1520" w:type="dxa"/>
          </w:tcPr>
          <w:p w14:paraId="4FB2538E" w14:textId="4DA7483C" w:rsidR="009E3CBB" w:rsidRDefault="009117C0">
            <w:r>
              <w:rPr>
                <w:rFonts w:hint="eastAsia"/>
              </w:rPr>
              <w:t>第</w:t>
            </w:r>
            <w:r>
              <w:rPr>
                <w:rFonts w:hint="eastAsia"/>
              </w:rPr>
              <w:t xml:space="preserve">2 </w:t>
            </w:r>
            <w:r>
              <w:rPr>
                <w:rFonts w:hint="eastAsia"/>
              </w:rPr>
              <w:t>次修改</w:t>
            </w:r>
          </w:p>
        </w:tc>
        <w:tc>
          <w:tcPr>
            <w:tcW w:w="1520" w:type="dxa"/>
          </w:tcPr>
          <w:p w14:paraId="073C4C06" w14:textId="77777777" w:rsidR="009E3CBB" w:rsidRDefault="009E3CBB"/>
        </w:tc>
        <w:tc>
          <w:tcPr>
            <w:tcW w:w="1520" w:type="dxa"/>
          </w:tcPr>
          <w:p w14:paraId="2F3D4910" w14:textId="77777777" w:rsidR="009E3CBB" w:rsidRDefault="009E3CBB"/>
        </w:tc>
        <w:tc>
          <w:tcPr>
            <w:tcW w:w="1520" w:type="dxa"/>
          </w:tcPr>
          <w:p w14:paraId="5D28BE35" w14:textId="77777777" w:rsidR="009E3CBB" w:rsidRDefault="009E3CBB"/>
        </w:tc>
      </w:tr>
      <w:tr w:rsidR="009E3CBB" w14:paraId="0921D3A4" w14:textId="77777777">
        <w:tc>
          <w:tcPr>
            <w:tcW w:w="1520" w:type="dxa"/>
          </w:tcPr>
          <w:p w14:paraId="03F7AC67" w14:textId="258B03D5" w:rsidR="009E3CBB" w:rsidRDefault="009E3CBB"/>
        </w:tc>
        <w:tc>
          <w:tcPr>
            <w:tcW w:w="1520" w:type="dxa"/>
          </w:tcPr>
          <w:p w14:paraId="4F9D9980" w14:textId="611EDAA5" w:rsidR="009E3CBB" w:rsidRDefault="009E3CBB"/>
        </w:tc>
        <w:tc>
          <w:tcPr>
            <w:tcW w:w="1520" w:type="dxa"/>
          </w:tcPr>
          <w:p w14:paraId="6C16922C" w14:textId="77777777" w:rsidR="009E3CBB" w:rsidRDefault="009E3CBB"/>
        </w:tc>
        <w:tc>
          <w:tcPr>
            <w:tcW w:w="1520" w:type="dxa"/>
          </w:tcPr>
          <w:p w14:paraId="38F2978C" w14:textId="77777777" w:rsidR="009E3CBB" w:rsidRDefault="009E3CBB"/>
        </w:tc>
        <w:tc>
          <w:tcPr>
            <w:tcW w:w="1520" w:type="dxa"/>
          </w:tcPr>
          <w:p w14:paraId="4DACAF8C" w14:textId="77777777" w:rsidR="009E3CBB" w:rsidRDefault="009E3CBB"/>
        </w:tc>
        <w:tc>
          <w:tcPr>
            <w:tcW w:w="1520" w:type="dxa"/>
          </w:tcPr>
          <w:p w14:paraId="74D777F4" w14:textId="77777777" w:rsidR="009E3CBB" w:rsidRDefault="009E3CBB"/>
        </w:tc>
      </w:tr>
      <w:tr w:rsidR="009E3CBB" w14:paraId="12523D06" w14:textId="77777777">
        <w:tc>
          <w:tcPr>
            <w:tcW w:w="1520" w:type="dxa"/>
          </w:tcPr>
          <w:p w14:paraId="71C0E1C3" w14:textId="77777777" w:rsidR="009E3CBB" w:rsidRDefault="009E3CBB"/>
        </w:tc>
        <w:tc>
          <w:tcPr>
            <w:tcW w:w="1520" w:type="dxa"/>
          </w:tcPr>
          <w:p w14:paraId="0FA1F5F8" w14:textId="77777777" w:rsidR="009E3CBB" w:rsidRDefault="009E3CBB"/>
        </w:tc>
        <w:tc>
          <w:tcPr>
            <w:tcW w:w="1520" w:type="dxa"/>
          </w:tcPr>
          <w:p w14:paraId="5365F5F2" w14:textId="77777777" w:rsidR="009E3CBB" w:rsidRDefault="009E3CBB"/>
        </w:tc>
        <w:tc>
          <w:tcPr>
            <w:tcW w:w="1520" w:type="dxa"/>
          </w:tcPr>
          <w:p w14:paraId="0999305D" w14:textId="77777777" w:rsidR="009E3CBB" w:rsidRDefault="009E3CBB"/>
        </w:tc>
        <w:tc>
          <w:tcPr>
            <w:tcW w:w="1520" w:type="dxa"/>
          </w:tcPr>
          <w:p w14:paraId="54E12565" w14:textId="77777777" w:rsidR="009E3CBB" w:rsidRDefault="009E3CBB"/>
        </w:tc>
        <w:tc>
          <w:tcPr>
            <w:tcW w:w="1520" w:type="dxa"/>
          </w:tcPr>
          <w:p w14:paraId="5C6463B7" w14:textId="77777777" w:rsidR="009E3CBB" w:rsidRDefault="009E3CBB"/>
        </w:tc>
      </w:tr>
    </w:tbl>
    <w:p w14:paraId="77FBC4FA" w14:textId="77777777" w:rsidR="009E3CBB" w:rsidRDefault="009E3CBB"/>
    <w:p w14:paraId="10C094B2" w14:textId="77777777" w:rsidR="009E3CBB" w:rsidRDefault="001E256C">
      <w:r>
        <w:rPr>
          <w:b/>
          <w:sz w:val="24"/>
        </w:rPr>
        <w:t xml:space="preserve">1  </w:t>
      </w:r>
      <w:r>
        <w:rPr>
          <w:b/>
          <w:sz w:val="24"/>
        </w:rPr>
        <w:t>目的</w:t>
      </w:r>
    </w:p>
    <w:p w14:paraId="47153D77" w14:textId="57939C54" w:rsidR="009E3CBB" w:rsidRDefault="00E01E3E">
      <w:pPr>
        <w:pStyle w:val="a0"/>
      </w:pPr>
      <w:r>
        <w:rPr>
          <w:rFonts w:ascii="微软雅黑" w:eastAsia="微软雅黑" w:hAnsi="微软雅黑" w:cs="微软雅黑" w:hint="eastAsia"/>
          <w:sz w:val="21"/>
        </w:rPr>
        <w:t>为规</w:t>
      </w:r>
      <w:r>
        <w:rPr>
          <w:rFonts w:ascii="MS Mincho" w:eastAsia="MS Mincho" w:hAnsi="MS Mincho" w:cs="MS Mincho" w:hint="eastAsia"/>
          <w:sz w:val="21"/>
        </w:rPr>
        <w:t>范本</w:t>
      </w:r>
      <w:r>
        <w:rPr>
          <w:rFonts w:ascii="微软雅黑" w:eastAsia="微软雅黑" w:hAnsi="微软雅黑" w:cs="微软雅黑" w:hint="eastAsia"/>
          <w:sz w:val="21"/>
        </w:rPr>
        <w:t>实验</w:t>
      </w:r>
      <w:r>
        <w:rPr>
          <w:rFonts w:ascii="MS Mincho" w:eastAsia="MS Mincho" w:hAnsi="MS Mincho" w:cs="MS Mincho" w:hint="eastAsia"/>
          <w:sz w:val="21"/>
        </w:rPr>
        <w:t>室在</w:t>
      </w:r>
      <w:r>
        <w:rPr>
          <w:rFonts w:ascii="微软雅黑" w:eastAsia="微软雅黑" w:hAnsi="微软雅黑" w:cs="微软雅黑" w:hint="eastAsia"/>
          <w:sz w:val="21"/>
        </w:rPr>
        <w:t>组织结</w:t>
      </w:r>
      <w:r>
        <w:rPr>
          <w:rFonts w:ascii="MS Mincho" w:eastAsia="MS Mincho" w:hAnsi="MS Mincho" w:cs="MS Mincho" w:hint="eastAsia"/>
          <w:sz w:val="21"/>
        </w:rPr>
        <w:t>构与</w:t>
      </w:r>
      <w:r>
        <w:rPr>
          <w:rFonts w:ascii="微软雅黑" w:eastAsia="微软雅黑" w:hAnsi="微软雅黑" w:cs="微软雅黑" w:hint="eastAsia"/>
          <w:sz w:val="21"/>
        </w:rPr>
        <w:t>岗</w:t>
      </w:r>
      <w:r>
        <w:rPr>
          <w:rFonts w:ascii="MS Mincho" w:eastAsia="MS Mincho" w:hAnsi="MS Mincho" w:cs="MS Mincho" w:hint="eastAsia"/>
          <w:sz w:val="21"/>
        </w:rPr>
        <w:t>位</w:t>
      </w:r>
      <w:r>
        <w:rPr>
          <w:rFonts w:ascii="微软雅黑" w:eastAsia="微软雅黑" w:hAnsi="微软雅黑" w:cs="微软雅黑" w:hint="eastAsia"/>
          <w:sz w:val="21"/>
        </w:rPr>
        <w:t>职责</w:t>
      </w:r>
      <w:r>
        <w:rPr>
          <w:rFonts w:ascii="MS Mincho" w:eastAsia="MS Mincho" w:hAnsi="MS Mincho" w:cs="MS Mincho" w:hint="eastAsia"/>
          <w:sz w:val="21"/>
        </w:rPr>
        <w:t>相关活</w:t>
      </w:r>
      <w:r>
        <w:rPr>
          <w:rFonts w:ascii="微软雅黑" w:eastAsia="微软雅黑" w:hAnsi="微软雅黑" w:cs="微软雅黑" w:hint="eastAsia"/>
          <w:sz w:val="21"/>
        </w:rPr>
        <w:t>动</w:t>
      </w:r>
      <w:r>
        <w:rPr>
          <w:rFonts w:ascii="MS Mincho" w:eastAsia="MS Mincho" w:hAnsi="MS Mincho" w:cs="MS Mincho" w:hint="eastAsia"/>
          <w:sz w:val="21"/>
        </w:rPr>
        <w:t>，确保</w:t>
      </w:r>
      <w:r>
        <w:rPr>
          <w:rFonts w:ascii="微软雅黑" w:eastAsia="微软雅黑" w:hAnsi="微软雅黑" w:cs="微软雅黑" w:hint="eastAsia"/>
          <w:sz w:val="21"/>
        </w:rPr>
        <w:t>检测</w:t>
      </w:r>
      <w:r>
        <w:rPr>
          <w:rFonts w:ascii="MS Mincho" w:eastAsia="MS Mincho" w:hAnsi="MS Mincho" w:cs="MS Mincho" w:hint="eastAsia"/>
          <w:sz w:val="21"/>
        </w:rPr>
        <w:t>工作符合客</w:t>
      </w:r>
      <w:r>
        <w:rPr>
          <w:rFonts w:ascii="微软雅黑" w:eastAsia="微软雅黑" w:hAnsi="微软雅黑" w:cs="微软雅黑" w:hint="eastAsia"/>
          <w:sz w:val="21"/>
        </w:rPr>
        <w:t>户</w:t>
      </w:r>
      <w:r>
        <w:rPr>
          <w:rFonts w:ascii="MS Mincho" w:eastAsia="MS Mincho" w:hAnsi="MS Mincho" w:cs="MS Mincho" w:hint="eastAsia"/>
          <w:sz w:val="21"/>
        </w:rPr>
        <w:t>、法</w:t>
      </w:r>
      <w:r>
        <w:rPr>
          <w:rFonts w:ascii="微软雅黑" w:eastAsia="微软雅黑" w:hAnsi="微软雅黑" w:cs="微软雅黑" w:hint="eastAsia"/>
          <w:sz w:val="21"/>
        </w:rPr>
        <w:t>规</w:t>
      </w:r>
      <w:r>
        <w:rPr>
          <w:rFonts w:ascii="MS Mincho" w:eastAsia="MS Mincho" w:hAnsi="MS Mincho" w:cs="MS Mincho" w:hint="eastAsia"/>
          <w:sz w:val="21"/>
        </w:rPr>
        <w:t>要求，特制定本程序，符合</w:t>
      </w:r>
      <w:r>
        <w:rPr>
          <w:sz w:val="21"/>
        </w:rPr>
        <w:t xml:space="preserve">ISO/IEC 17025:2017 </w:t>
      </w:r>
      <w:r>
        <w:rPr>
          <w:rFonts w:hint="eastAsia"/>
          <w:sz w:val="21"/>
        </w:rPr>
        <w:t>第</w:t>
      </w:r>
      <w:r>
        <w:rPr>
          <w:sz w:val="21"/>
        </w:rPr>
        <w:t>5.2</w:t>
      </w:r>
      <w:r>
        <w:rPr>
          <w:rFonts w:hint="eastAsia"/>
          <w:sz w:val="21"/>
        </w:rPr>
        <w:t>条款要求。</w:t>
      </w:r>
    </w:p>
    <w:p w14:paraId="14E3DF0A" w14:textId="77777777" w:rsidR="009E3CBB" w:rsidRDefault="001E256C">
      <w:r>
        <w:rPr>
          <w:b/>
          <w:sz w:val="24"/>
        </w:rPr>
        <w:t xml:space="preserve">2  </w:t>
      </w:r>
      <w:r>
        <w:rPr>
          <w:b/>
          <w:sz w:val="24"/>
        </w:rPr>
        <w:t>范围</w:t>
      </w:r>
    </w:p>
    <w:p w14:paraId="04F05030" w14:textId="77777777" w:rsidR="009E3CBB" w:rsidRDefault="001E256C">
      <w:pPr>
        <w:pStyle w:val="a0"/>
      </w:pPr>
      <w:r>
        <w:rPr>
          <w:sz w:val="21"/>
        </w:rPr>
        <w:t>本程序适用于工程部实验室所有与组织结构与岗位职责管理相关的活动和人员。</w:t>
      </w:r>
    </w:p>
    <w:p w14:paraId="1240F4D7" w14:textId="77777777" w:rsidR="009E3CBB" w:rsidRDefault="001E256C">
      <w:r>
        <w:rPr>
          <w:b/>
          <w:sz w:val="24"/>
        </w:rPr>
        <w:t xml:space="preserve">3  </w:t>
      </w:r>
      <w:r>
        <w:rPr>
          <w:b/>
          <w:sz w:val="24"/>
        </w:rPr>
        <w:t>职责</w:t>
      </w:r>
    </w:p>
    <w:p w14:paraId="60FDA6CF" w14:textId="6A28223A" w:rsidR="009E3CBB" w:rsidRDefault="00E01E3E">
      <w:pPr>
        <w:pStyle w:val="a0"/>
      </w:pPr>
      <w:r>
        <w:rPr>
          <w:sz w:val="21"/>
        </w:rPr>
        <w:t xml:space="preserve">3.1  </w:t>
      </w:r>
      <w:r>
        <w:rPr>
          <w:rFonts w:ascii="微软雅黑" w:eastAsia="微软雅黑" w:hAnsi="微软雅黑" w:cs="微软雅黑" w:hint="eastAsia"/>
          <w:sz w:val="21"/>
        </w:rPr>
        <w:t>实验</w:t>
      </w:r>
      <w:r>
        <w:rPr>
          <w:rFonts w:ascii="MS Mincho" w:eastAsia="MS Mincho" w:hAnsi="MS Mincho" w:cs="MS Mincho" w:hint="eastAsia"/>
          <w:sz w:val="21"/>
        </w:rPr>
        <w:t>室</w:t>
      </w:r>
      <w:r>
        <w:rPr>
          <w:rFonts w:ascii="微软雅黑" w:eastAsia="微软雅黑" w:hAnsi="微软雅黑" w:cs="微软雅黑" w:hint="eastAsia"/>
          <w:sz w:val="21"/>
        </w:rPr>
        <w:t>经</w:t>
      </w:r>
      <w:r>
        <w:rPr>
          <w:rFonts w:ascii="MS Mincho" w:eastAsia="MS Mincho" w:hAnsi="MS Mincho" w:cs="MS Mincho" w:hint="eastAsia"/>
          <w:sz w:val="21"/>
        </w:rPr>
        <w:t>理：</w:t>
      </w:r>
      <w:r>
        <w:rPr>
          <w:rFonts w:ascii="微软雅黑" w:eastAsia="微软雅黑" w:hAnsi="微软雅黑" w:cs="微软雅黑" w:hint="eastAsia"/>
          <w:sz w:val="21"/>
        </w:rPr>
        <w:t>负责实验</w:t>
      </w:r>
      <w:r>
        <w:rPr>
          <w:rFonts w:ascii="MS Mincho" w:eastAsia="MS Mincho" w:hAnsi="MS Mincho" w:cs="MS Mincho" w:hint="eastAsia"/>
          <w:sz w:val="21"/>
        </w:rPr>
        <w:t>室全面管理，提供</w:t>
      </w:r>
      <w:r>
        <w:rPr>
          <w:rFonts w:ascii="微软雅黑" w:eastAsia="微软雅黑" w:hAnsi="微软雅黑" w:cs="微软雅黑" w:hint="eastAsia"/>
          <w:sz w:val="21"/>
        </w:rPr>
        <w:t>资</w:t>
      </w:r>
      <w:r>
        <w:rPr>
          <w:rFonts w:ascii="MS Mincho" w:eastAsia="MS Mincho" w:hAnsi="MS Mincho" w:cs="MS Mincho" w:hint="eastAsia"/>
          <w:sz w:val="21"/>
        </w:rPr>
        <w:t>源保障，</w:t>
      </w:r>
      <w:r>
        <w:rPr>
          <w:rFonts w:ascii="微软雅黑" w:eastAsia="微软雅黑" w:hAnsi="微软雅黑" w:cs="微软雅黑" w:hint="eastAsia"/>
          <w:sz w:val="21"/>
        </w:rPr>
        <w:t>审</w:t>
      </w:r>
      <w:r>
        <w:rPr>
          <w:rFonts w:ascii="MS Mincho" w:eastAsia="MS Mincho" w:hAnsi="MS Mincho" w:cs="MS Mincho" w:hint="eastAsia"/>
          <w:sz w:val="21"/>
        </w:rPr>
        <w:t>批重大</w:t>
      </w:r>
      <w:r>
        <w:rPr>
          <w:rFonts w:ascii="微软雅黑" w:eastAsia="微软雅黑" w:hAnsi="微软雅黑" w:cs="微软雅黑" w:hint="eastAsia"/>
          <w:sz w:val="21"/>
        </w:rPr>
        <w:t>变</w:t>
      </w:r>
      <w:r>
        <w:rPr>
          <w:rFonts w:ascii="MS Mincho" w:eastAsia="MS Mincho" w:hAnsi="MS Mincho" w:cs="MS Mincho" w:hint="eastAsia"/>
          <w:sz w:val="21"/>
        </w:rPr>
        <w:t>更；</w:t>
      </w:r>
    </w:p>
    <w:p w14:paraId="7DF530B5" w14:textId="776EA650" w:rsidR="009E3CBB" w:rsidRDefault="00E01E3E">
      <w:pPr>
        <w:pStyle w:val="a0"/>
      </w:pPr>
      <w:r>
        <w:rPr>
          <w:sz w:val="21"/>
        </w:rPr>
        <w:t xml:space="preserve">3.2  </w:t>
      </w:r>
      <w:r>
        <w:rPr>
          <w:rFonts w:hint="eastAsia"/>
          <w:sz w:val="21"/>
        </w:rPr>
        <w:t>技</w:t>
      </w:r>
      <w:r>
        <w:rPr>
          <w:rFonts w:ascii="微软雅黑" w:eastAsia="微软雅黑" w:hAnsi="微软雅黑" w:cs="微软雅黑" w:hint="eastAsia"/>
          <w:sz w:val="21"/>
        </w:rPr>
        <w:t>术负责</w:t>
      </w:r>
      <w:r>
        <w:rPr>
          <w:rFonts w:ascii="MS Mincho" w:eastAsia="MS Mincho" w:hAnsi="MS Mincho" w:cs="MS Mincho" w:hint="eastAsia"/>
          <w:sz w:val="21"/>
        </w:rPr>
        <w:t>人：</w:t>
      </w:r>
      <w:r>
        <w:rPr>
          <w:rFonts w:ascii="微软雅黑" w:eastAsia="微软雅黑" w:hAnsi="微软雅黑" w:cs="微软雅黑" w:hint="eastAsia"/>
          <w:sz w:val="21"/>
        </w:rPr>
        <w:t>组织</w:t>
      </w:r>
      <w:r>
        <w:rPr>
          <w:rFonts w:ascii="MS Mincho" w:eastAsia="MS Mincho" w:hAnsi="MS Mincho" w:cs="MS Mincho" w:hint="eastAsia"/>
          <w:sz w:val="21"/>
        </w:rPr>
        <w:t>本程序的</w:t>
      </w:r>
      <w:r>
        <w:rPr>
          <w:rFonts w:ascii="微软雅黑" w:eastAsia="微软雅黑" w:hAnsi="微软雅黑" w:cs="微软雅黑" w:hint="eastAsia"/>
          <w:sz w:val="21"/>
        </w:rPr>
        <w:t>编</w:t>
      </w:r>
      <w:r>
        <w:rPr>
          <w:rFonts w:ascii="MS Mincho" w:eastAsia="MS Mincho" w:hAnsi="MS Mincho" w:cs="MS Mincho" w:hint="eastAsia"/>
          <w:sz w:val="21"/>
        </w:rPr>
        <w:t>写、修</w:t>
      </w:r>
      <w:r>
        <w:rPr>
          <w:rFonts w:ascii="微软雅黑" w:eastAsia="微软雅黑" w:hAnsi="微软雅黑" w:cs="微软雅黑" w:hint="eastAsia"/>
          <w:sz w:val="21"/>
        </w:rPr>
        <w:t>订</w:t>
      </w:r>
      <w:r>
        <w:rPr>
          <w:rFonts w:ascii="MS Mincho" w:eastAsia="MS Mincho" w:hAnsi="MS Mincho" w:cs="MS Mincho" w:hint="eastAsia"/>
          <w:sz w:val="21"/>
        </w:rPr>
        <w:t>、宣</w:t>
      </w:r>
      <w:r>
        <w:rPr>
          <w:rFonts w:ascii="微软雅黑" w:eastAsia="微软雅黑" w:hAnsi="微软雅黑" w:cs="微软雅黑" w:hint="eastAsia"/>
          <w:sz w:val="21"/>
        </w:rPr>
        <w:t>贯</w:t>
      </w:r>
      <w:r>
        <w:rPr>
          <w:rFonts w:ascii="MS Mincho" w:eastAsia="MS Mincho" w:hAnsi="MS Mincho" w:cs="MS Mincho" w:hint="eastAsia"/>
          <w:sz w:val="21"/>
        </w:rPr>
        <w:t>和日常</w:t>
      </w:r>
      <w:r>
        <w:rPr>
          <w:rFonts w:ascii="微软雅黑" w:eastAsia="微软雅黑" w:hAnsi="微软雅黑" w:cs="微软雅黑" w:hint="eastAsia"/>
          <w:sz w:val="21"/>
        </w:rPr>
        <w:t>监</w:t>
      </w:r>
      <w:r>
        <w:rPr>
          <w:rFonts w:ascii="MS Mincho" w:eastAsia="MS Mincho" w:hAnsi="MS Mincho" w:cs="MS Mincho" w:hint="eastAsia"/>
          <w:sz w:val="21"/>
        </w:rPr>
        <w:t>督</w:t>
      </w:r>
      <w:r>
        <w:rPr>
          <w:rFonts w:ascii="微软雅黑" w:eastAsia="微软雅黑" w:hAnsi="微软雅黑" w:cs="微软雅黑" w:hint="eastAsia"/>
          <w:sz w:val="21"/>
        </w:rPr>
        <w:t>执</w:t>
      </w:r>
      <w:r>
        <w:rPr>
          <w:rFonts w:ascii="MS Mincho" w:eastAsia="MS Mincho" w:hAnsi="MS Mincho" w:cs="MS Mincho" w:hint="eastAsia"/>
          <w:sz w:val="21"/>
        </w:rPr>
        <w:t>行；</w:t>
      </w:r>
    </w:p>
    <w:p w14:paraId="425A83F8" w14:textId="6B9DEBC9" w:rsidR="009E3CBB" w:rsidRDefault="00E01E3E">
      <w:pPr>
        <w:pStyle w:val="a0"/>
      </w:pPr>
      <w:r>
        <w:rPr>
          <w:sz w:val="21"/>
        </w:rPr>
        <w:lastRenderedPageBreak/>
        <w:t xml:space="preserve">3.3  </w:t>
      </w:r>
      <w:r>
        <w:rPr>
          <w:rFonts w:ascii="微软雅黑" w:eastAsia="微软雅黑" w:hAnsi="微软雅黑" w:cs="微软雅黑" w:hint="eastAsia"/>
          <w:sz w:val="21"/>
        </w:rPr>
        <w:t>质</w:t>
      </w:r>
      <w:r>
        <w:rPr>
          <w:rFonts w:ascii="MS Mincho" w:eastAsia="MS Mincho" w:hAnsi="MS Mincho" w:cs="MS Mincho" w:hint="eastAsia"/>
          <w:sz w:val="21"/>
        </w:rPr>
        <w:t>量</w:t>
      </w:r>
      <w:r>
        <w:rPr>
          <w:rFonts w:ascii="微软雅黑" w:eastAsia="微软雅黑" w:hAnsi="微软雅黑" w:cs="微软雅黑" w:hint="eastAsia"/>
          <w:sz w:val="21"/>
        </w:rPr>
        <w:t>负责</w:t>
      </w:r>
      <w:r>
        <w:rPr>
          <w:rFonts w:ascii="MS Mincho" w:eastAsia="MS Mincho" w:hAnsi="MS Mincho" w:cs="MS Mincho" w:hint="eastAsia"/>
          <w:sz w:val="21"/>
        </w:rPr>
        <w:t>人</w:t>
      </w:r>
      <w:r>
        <w:rPr>
          <w:sz w:val="21"/>
        </w:rPr>
        <w:t>/</w:t>
      </w:r>
      <w:r>
        <w:rPr>
          <w:rFonts w:hint="eastAsia"/>
          <w:sz w:val="21"/>
        </w:rPr>
        <w:t>各科室主管</w:t>
      </w:r>
      <w:r>
        <w:rPr>
          <w:sz w:val="21"/>
        </w:rPr>
        <w:t>/</w:t>
      </w:r>
      <w:r>
        <w:rPr>
          <w:rFonts w:ascii="微软雅黑" w:eastAsia="微软雅黑" w:hAnsi="微软雅黑" w:cs="微软雅黑" w:hint="eastAsia"/>
          <w:sz w:val="21"/>
        </w:rPr>
        <w:t>监</w:t>
      </w:r>
      <w:r>
        <w:rPr>
          <w:rFonts w:ascii="MS Mincho" w:eastAsia="MS Mincho" w:hAnsi="MS Mincho" w:cs="MS Mincho" w:hint="eastAsia"/>
          <w:sz w:val="21"/>
        </w:rPr>
        <w:t>督</w:t>
      </w:r>
      <w:r>
        <w:rPr>
          <w:rFonts w:ascii="微软雅黑" w:eastAsia="微软雅黑" w:hAnsi="微软雅黑" w:cs="微软雅黑" w:hint="eastAsia"/>
          <w:sz w:val="21"/>
        </w:rPr>
        <w:t>员</w:t>
      </w:r>
      <w:r>
        <w:rPr>
          <w:rFonts w:ascii="MS Mincho" w:eastAsia="MS Mincho" w:hAnsi="MS Mincho" w:cs="MS Mincho" w:hint="eastAsia"/>
          <w:sz w:val="21"/>
        </w:rPr>
        <w:t>：</w:t>
      </w:r>
      <w:r>
        <w:rPr>
          <w:rFonts w:ascii="微软雅黑" w:eastAsia="微软雅黑" w:hAnsi="微软雅黑" w:cs="微软雅黑" w:hint="eastAsia"/>
          <w:sz w:val="21"/>
        </w:rPr>
        <w:t>负责</w:t>
      </w:r>
      <w:r>
        <w:rPr>
          <w:rFonts w:ascii="MS Mincho" w:eastAsia="MS Mincho" w:hAnsi="MS Mincho" w:cs="MS Mincho" w:hint="eastAsia"/>
          <w:sz w:val="21"/>
        </w:rPr>
        <w:t>本科室按本程序</w:t>
      </w:r>
      <w:r>
        <w:rPr>
          <w:rFonts w:ascii="微软雅黑" w:eastAsia="微软雅黑" w:hAnsi="微软雅黑" w:cs="微软雅黑" w:hint="eastAsia"/>
          <w:sz w:val="21"/>
        </w:rPr>
        <w:t>执</w:t>
      </w:r>
      <w:r>
        <w:rPr>
          <w:rFonts w:ascii="MS Mincho" w:eastAsia="MS Mincho" w:hAnsi="MS Mincho" w:cs="MS Mincho" w:hint="eastAsia"/>
          <w:sz w:val="21"/>
        </w:rPr>
        <w:t>行并</w:t>
      </w:r>
      <w:r>
        <w:rPr>
          <w:rFonts w:hint="eastAsia"/>
          <w:sz w:val="21"/>
        </w:rPr>
        <w:t>形成</w:t>
      </w:r>
      <w:r>
        <w:rPr>
          <w:rFonts w:ascii="微软雅黑" w:eastAsia="微软雅黑" w:hAnsi="微软雅黑" w:cs="微软雅黑" w:hint="eastAsia"/>
          <w:sz w:val="21"/>
        </w:rPr>
        <w:t>记录</w:t>
      </w:r>
      <w:r>
        <w:rPr>
          <w:rFonts w:ascii="MS Mincho" w:eastAsia="MS Mincho" w:hAnsi="MS Mincho" w:cs="MS Mincho" w:hint="eastAsia"/>
          <w:sz w:val="21"/>
        </w:rPr>
        <w:t>；</w:t>
      </w:r>
    </w:p>
    <w:p w14:paraId="25859072" w14:textId="41E325E4" w:rsidR="009E3CBB" w:rsidRDefault="00E01E3E">
      <w:pPr>
        <w:pStyle w:val="a0"/>
      </w:pPr>
      <w:r>
        <w:rPr>
          <w:sz w:val="21"/>
        </w:rPr>
        <w:t xml:space="preserve">3.4  </w:t>
      </w:r>
      <w:r>
        <w:rPr>
          <w:rFonts w:ascii="微软雅黑" w:eastAsia="微软雅黑" w:hAnsi="微软雅黑" w:cs="微软雅黑" w:hint="eastAsia"/>
          <w:sz w:val="21"/>
        </w:rPr>
        <w:t>测试</w:t>
      </w:r>
      <w:r>
        <w:rPr>
          <w:rFonts w:ascii="MS Mincho" w:eastAsia="MS Mincho" w:hAnsi="MS Mincho" w:cs="MS Mincho" w:hint="eastAsia"/>
          <w:sz w:val="21"/>
        </w:rPr>
        <w:t>人</w:t>
      </w:r>
      <w:r>
        <w:rPr>
          <w:rFonts w:ascii="微软雅黑" w:eastAsia="微软雅黑" w:hAnsi="微软雅黑" w:cs="微软雅黑" w:hint="eastAsia"/>
          <w:sz w:val="21"/>
        </w:rPr>
        <w:t>员</w:t>
      </w:r>
      <w:r>
        <w:rPr>
          <w:rFonts w:ascii="MS Mincho" w:eastAsia="MS Mincho" w:hAnsi="MS Mincho" w:cs="MS Mincho" w:hint="eastAsia"/>
          <w:sz w:val="21"/>
        </w:rPr>
        <w:t>（全体</w:t>
      </w:r>
      <w:r>
        <w:rPr>
          <w:rFonts w:ascii="微软雅黑" w:eastAsia="微软雅黑" w:hAnsi="微软雅黑" w:cs="微软雅黑" w:hint="eastAsia"/>
          <w:sz w:val="21"/>
        </w:rPr>
        <w:t>检测</w:t>
      </w:r>
      <w:r>
        <w:rPr>
          <w:rFonts w:ascii="MS Mincho" w:eastAsia="MS Mincho" w:hAnsi="MS Mincho" w:cs="MS Mincho" w:hint="eastAsia"/>
          <w:sz w:val="21"/>
        </w:rPr>
        <w:t>及相关人</w:t>
      </w:r>
      <w:r>
        <w:rPr>
          <w:rFonts w:ascii="微软雅黑" w:eastAsia="微软雅黑" w:hAnsi="微软雅黑" w:cs="微软雅黑" w:hint="eastAsia"/>
          <w:sz w:val="21"/>
        </w:rPr>
        <w:t>员</w:t>
      </w:r>
      <w:r>
        <w:rPr>
          <w:rFonts w:ascii="MS Mincho" w:eastAsia="MS Mincho" w:hAnsi="MS Mincho" w:cs="MS Mincho" w:hint="eastAsia"/>
          <w:sz w:val="21"/>
        </w:rPr>
        <w:t>）：</w:t>
      </w:r>
      <w:r>
        <w:rPr>
          <w:rFonts w:ascii="微软雅黑" w:eastAsia="微软雅黑" w:hAnsi="微软雅黑" w:cs="微软雅黑" w:hint="eastAsia"/>
          <w:sz w:val="21"/>
        </w:rPr>
        <w:t>严</w:t>
      </w:r>
      <w:r>
        <w:rPr>
          <w:rFonts w:ascii="MS Mincho" w:eastAsia="MS Mincho" w:hAnsi="MS Mincho" w:cs="MS Mincho" w:hint="eastAsia"/>
          <w:sz w:val="21"/>
        </w:rPr>
        <w:t>格</w:t>
      </w:r>
      <w:r>
        <w:rPr>
          <w:rFonts w:ascii="微软雅黑" w:eastAsia="微软雅黑" w:hAnsi="微软雅黑" w:cs="微软雅黑" w:hint="eastAsia"/>
          <w:sz w:val="21"/>
        </w:rPr>
        <w:t>执</w:t>
      </w:r>
      <w:r>
        <w:rPr>
          <w:rFonts w:ascii="MS Mincho" w:eastAsia="MS Mincho" w:hAnsi="MS Mincho" w:cs="MS Mincho" w:hint="eastAsia"/>
          <w:sz w:val="21"/>
        </w:rPr>
        <w:t>行本程序并</w:t>
      </w:r>
      <w:r>
        <w:rPr>
          <w:rFonts w:ascii="微软雅黑" w:eastAsia="微软雅黑" w:hAnsi="微软雅黑" w:cs="微软雅黑" w:hint="eastAsia"/>
          <w:sz w:val="21"/>
        </w:rPr>
        <w:t>对输</w:t>
      </w:r>
      <w:r>
        <w:rPr>
          <w:rFonts w:ascii="MS Mincho" w:eastAsia="MS Mincho" w:hAnsi="MS Mincho" w:cs="MS Mincho" w:hint="eastAsia"/>
          <w:sz w:val="21"/>
        </w:rPr>
        <w:t>出</w:t>
      </w:r>
      <w:r>
        <w:rPr>
          <w:rFonts w:ascii="微软雅黑" w:eastAsia="微软雅黑" w:hAnsi="微软雅黑" w:cs="微软雅黑" w:hint="eastAsia"/>
          <w:sz w:val="21"/>
        </w:rPr>
        <w:t>结</w:t>
      </w:r>
      <w:r>
        <w:rPr>
          <w:rFonts w:ascii="MS Mincho" w:eastAsia="MS Mincho" w:hAnsi="MS Mincho" w:cs="MS Mincho" w:hint="eastAsia"/>
          <w:sz w:val="21"/>
        </w:rPr>
        <w:t>果</w:t>
      </w:r>
      <w:r>
        <w:rPr>
          <w:rFonts w:ascii="微软雅黑" w:eastAsia="微软雅黑" w:hAnsi="微软雅黑" w:cs="微软雅黑" w:hint="eastAsia"/>
          <w:sz w:val="21"/>
        </w:rPr>
        <w:t>负责</w:t>
      </w:r>
      <w:r>
        <w:rPr>
          <w:rFonts w:ascii="MS Mincho" w:eastAsia="MS Mincho" w:hAnsi="MS Mincho" w:cs="MS Mincho" w:hint="eastAsia"/>
          <w:sz w:val="21"/>
        </w:rPr>
        <w:t>。</w:t>
      </w:r>
    </w:p>
    <w:p w14:paraId="1003269B" w14:textId="77777777" w:rsidR="009E3CBB" w:rsidRDefault="001E256C">
      <w:r>
        <w:rPr>
          <w:b/>
          <w:sz w:val="24"/>
        </w:rPr>
        <w:t xml:space="preserve">4  </w:t>
      </w:r>
      <w:r>
        <w:rPr>
          <w:b/>
          <w:sz w:val="24"/>
        </w:rPr>
        <w:t>工作程序</w:t>
      </w:r>
    </w:p>
    <w:p w14:paraId="63ECBCD5" w14:textId="77777777" w:rsidR="009E3CBB" w:rsidRDefault="001E256C">
      <w:pPr>
        <w:pStyle w:val="a0"/>
      </w:pPr>
      <w:r>
        <w:rPr>
          <w:sz w:val="21"/>
        </w:rPr>
        <w:t xml:space="preserve">5.2.1 </w:t>
      </w:r>
      <w:r>
        <w:rPr>
          <w:sz w:val="21"/>
        </w:rPr>
        <w:t>依据本标准编制《工程部实验室岗位设置图》和《组织结构图》，明确：最高管理者</w:t>
      </w:r>
      <w:r>
        <w:rPr>
          <w:sz w:val="21"/>
        </w:rPr>
        <w:t>/</w:t>
      </w:r>
      <w:r>
        <w:rPr>
          <w:sz w:val="21"/>
        </w:rPr>
        <w:t>技术负责人</w:t>
      </w:r>
      <w:r>
        <w:rPr>
          <w:sz w:val="21"/>
        </w:rPr>
        <w:t>/</w:t>
      </w:r>
      <w:r>
        <w:rPr>
          <w:sz w:val="21"/>
        </w:rPr>
        <w:t>质量负责人</w:t>
      </w:r>
      <w:r>
        <w:rPr>
          <w:sz w:val="21"/>
        </w:rPr>
        <w:t>/</w:t>
      </w:r>
      <w:r>
        <w:rPr>
          <w:sz w:val="21"/>
        </w:rPr>
        <w:t>授权签字人</w:t>
      </w:r>
      <w:r>
        <w:rPr>
          <w:sz w:val="21"/>
        </w:rPr>
        <w:t>/</w:t>
      </w:r>
      <w:r>
        <w:rPr>
          <w:sz w:val="21"/>
        </w:rPr>
        <w:t>各组组长</w:t>
      </w:r>
      <w:r>
        <w:rPr>
          <w:sz w:val="21"/>
        </w:rPr>
        <w:t>/</w:t>
      </w:r>
      <w:r>
        <w:rPr>
          <w:sz w:val="21"/>
        </w:rPr>
        <w:t>检测员</w:t>
      </w:r>
      <w:r>
        <w:rPr>
          <w:sz w:val="21"/>
        </w:rPr>
        <w:t>/</w:t>
      </w:r>
      <w:r>
        <w:rPr>
          <w:sz w:val="21"/>
        </w:rPr>
        <w:t>监督员</w:t>
      </w:r>
      <w:r>
        <w:rPr>
          <w:sz w:val="21"/>
        </w:rPr>
        <w:t>/</w:t>
      </w:r>
      <w:r>
        <w:rPr>
          <w:sz w:val="21"/>
        </w:rPr>
        <w:t>设备管理员</w:t>
      </w:r>
      <w:r>
        <w:rPr>
          <w:sz w:val="21"/>
        </w:rPr>
        <w:t>/</w:t>
      </w:r>
      <w:r>
        <w:rPr>
          <w:sz w:val="21"/>
        </w:rPr>
        <w:t>样品管理员</w:t>
      </w:r>
      <w:r>
        <w:rPr>
          <w:sz w:val="21"/>
        </w:rPr>
        <w:t>/</w:t>
      </w:r>
      <w:r>
        <w:rPr>
          <w:sz w:val="21"/>
        </w:rPr>
        <w:t>文件管理员等岗位职责；</w:t>
      </w:r>
    </w:p>
    <w:p w14:paraId="0C151DE2" w14:textId="77777777" w:rsidR="009E3CBB" w:rsidRDefault="001E256C">
      <w:pPr>
        <w:pStyle w:val="a0"/>
      </w:pPr>
      <w:r>
        <w:rPr>
          <w:sz w:val="21"/>
        </w:rPr>
        <w:t xml:space="preserve">5.2.2 </w:t>
      </w:r>
      <w:r>
        <w:rPr>
          <w:sz w:val="21"/>
        </w:rPr>
        <w:t>每个岗位形成《岗位职责说明书》，含：任职资格、能力要求、职责权限、汇报关系、代理人；</w:t>
      </w:r>
    </w:p>
    <w:p w14:paraId="21282D29" w14:textId="77777777" w:rsidR="009E3CBB" w:rsidRDefault="001E256C">
      <w:pPr>
        <w:pStyle w:val="a0"/>
      </w:pPr>
      <w:r>
        <w:rPr>
          <w:sz w:val="21"/>
        </w:rPr>
        <w:t xml:space="preserve">5.2.3 </w:t>
      </w:r>
      <w:r>
        <w:rPr>
          <w:sz w:val="21"/>
        </w:rPr>
        <w:t>关键岗位（技术</w:t>
      </w:r>
      <w:r>
        <w:rPr>
          <w:sz w:val="21"/>
        </w:rPr>
        <w:t>/</w:t>
      </w:r>
      <w:r>
        <w:rPr>
          <w:sz w:val="21"/>
        </w:rPr>
        <w:t>质量负责人、授权签字人、监督员）设置正式代理人，《关键岗位授权代理清单》由最高管理者批准；</w:t>
      </w:r>
    </w:p>
    <w:p w14:paraId="1D59515E" w14:textId="45C5D9FE" w:rsidR="009E3CBB" w:rsidRDefault="00E01E3E">
      <w:pPr>
        <w:pStyle w:val="a0"/>
      </w:pPr>
      <w:r>
        <w:rPr>
          <w:sz w:val="21"/>
        </w:rPr>
        <w:t xml:space="preserve">5.2.4 </w:t>
      </w:r>
      <w:r>
        <w:rPr>
          <w:rFonts w:ascii="微软雅黑" w:eastAsia="微软雅黑" w:hAnsi="微软雅黑" w:cs="微软雅黑" w:hint="eastAsia"/>
          <w:sz w:val="21"/>
        </w:rPr>
        <w:t>组织</w:t>
      </w:r>
      <w:r>
        <w:rPr>
          <w:rFonts w:ascii="MS Mincho" w:eastAsia="MS Mincho" w:hAnsi="MS Mincho" w:cs="MS Mincho" w:hint="eastAsia"/>
          <w:sz w:val="21"/>
        </w:rPr>
        <w:t>架构</w:t>
      </w:r>
      <w:r>
        <w:rPr>
          <w:sz w:val="21"/>
        </w:rPr>
        <w:t>/</w:t>
      </w:r>
      <w:r>
        <w:rPr>
          <w:rFonts w:ascii="微软雅黑" w:eastAsia="微软雅黑" w:hAnsi="微软雅黑" w:cs="微软雅黑" w:hint="eastAsia"/>
          <w:sz w:val="21"/>
        </w:rPr>
        <w:t>职责变</w:t>
      </w:r>
      <w:r>
        <w:rPr>
          <w:rFonts w:ascii="MS Mincho" w:eastAsia="MS Mincho" w:hAnsi="MS Mincho" w:cs="MS Mincho" w:hint="eastAsia"/>
          <w:sz w:val="21"/>
        </w:rPr>
        <w:t>更</w:t>
      </w:r>
      <w:r>
        <w:rPr>
          <w:rFonts w:ascii="微软雅黑" w:eastAsia="微软雅黑" w:hAnsi="微软雅黑" w:cs="微软雅黑" w:hint="eastAsia"/>
          <w:sz w:val="21"/>
        </w:rPr>
        <w:t>时</w:t>
      </w:r>
      <w:r>
        <w:rPr>
          <w:rFonts w:ascii="MS Mincho" w:eastAsia="MS Mincho" w:hAnsi="MS Mincho" w:cs="MS Mincho" w:hint="eastAsia"/>
          <w:sz w:val="21"/>
        </w:rPr>
        <w:t>，按《文件控制程序》</w:t>
      </w:r>
      <w:r>
        <w:rPr>
          <w:sz w:val="21"/>
        </w:rPr>
        <w:t>QP-8.3-01</w:t>
      </w:r>
      <w:r>
        <w:rPr>
          <w:rFonts w:hint="eastAsia"/>
          <w:sz w:val="21"/>
        </w:rPr>
        <w:t>更新文件并通知所有相关人</w:t>
      </w:r>
      <w:r>
        <w:rPr>
          <w:rFonts w:ascii="微软雅黑" w:eastAsia="微软雅黑" w:hAnsi="微软雅黑" w:cs="微软雅黑" w:hint="eastAsia"/>
          <w:sz w:val="21"/>
        </w:rPr>
        <w:t>员</w:t>
      </w:r>
      <w:r>
        <w:rPr>
          <w:rFonts w:ascii="MS Mincho" w:eastAsia="MS Mincho" w:hAnsi="MS Mincho" w:cs="MS Mincho" w:hint="eastAsia"/>
          <w:sz w:val="21"/>
        </w:rPr>
        <w:t>。</w:t>
      </w:r>
    </w:p>
    <w:p w14:paraId="069343F7" w14:textId="77777777" w:rsidR="009E3CBB" w:rsidRDefault="001E256C">
      <w:r>
        <w:rPr>
          <w:b/>
          <w:sz w:val="24"/>
        </w:rPr>
        <w:t xml:space="preserve">5  </w:t>
      </w:r>
      <w:r>
        <w:rPr>
          <w:b/>
          <w:sz w:val="24"/>
        </w:rPr>
        <w:t>相关文件</w:t>
      </w:r>
    </w:p>
    <w:p w14:paraId="5AA312C7" w14:textId="4D037FC2" w:rsidR="009E3CBB" w:rsidRDefault="00E01E3E">
      <w:pPr>
        <w:pStyle w:val="a0"/>
      </w:pPr>
      <w:r>
        <w:rPr>
          <w:rFonts w:hint="eastAsia"/>
          <w:sz w:val="21"/>
        </w:rPr>
        <w:t>·</w:t>
      </w:r>
      <w:r>
        <w:rPr>
          <w:rFonts w:hint="eastAsia"/>
          <w:sz w:val="21"/>
        </w:rPr>
        <w:t xml:space="preserve"> </w:t>
      </w:r>
      <w:r>
        <w:rPr>
          <w:rFonts w:hint="eastAsia"/>
          <w:sz w:val="21"/>
        </w:rPr>
        <w:t>《文件控制程序》</w:t>
      </w:r>
      <w:r>
        <w:rPr>
          <w:rFonts w:hint="eastAsia"/>
          <w:sz w:val="21"/>
        </w:rPr>
        <w:t>QP-8.3-01</w:t>
      </w:r>
    </w:p>
    <w:p w14:paraId="3D14310A" w14:textId="36B73216" w:rsidR="009E3CBB" w:rsidRDefault="00E01E3E">
      <w:pPr>
        <w:pStyle w:val="a0"/>
      </w:pPr>
      <w:r>
        <w:rPr>
          <w:rFonts w:hint="eastAsia"/>
          <w:sz w:val="21"/>
        </w:rPr>
        <w:t>·</w:t>
      </w:r>
      <w:r>
        <w:rPr>
          <w:sz w:val="21"/>
        </w:rPr>
        <w:t xml:space="preserve"> </w:t>
      </w:r>
      <w:r>
        <w:rPr>
          <w:rFonts w:hint="eastAsia"/>
          <w:sz w:val="21"/>
        </w:rPr>
        <w:t>《</w:t>
      </w:r>
      <w:r>
        <w:rPr>
          <w:rFonts w:ascii="微软雅黑" w:eastAsia="微软雅黑" w:hAnsi="微软雅黑" w:cs="微软雅黑" w:hint="eastAsia"/>
          <w:sz w:val="21"/>
        </w:rPr>
        <w:t>记录</w:t>
      </w:r>
      <w:r>
        <w:rPr>
          <w:rFonts w:ascii="MS Mincho" w:eastAsia="MS Mincho" w:hAnsi="MS Mincho" w:cs="MS Mincho" w:hint="eastAsia"/>
          <w:sz w:val="21"/>
        </w:rPr>
        <w:t>控制程序》</w:t>
      </w:r>
      <w:r>
        <w:rPr>
          <w:sz w:val="21"/>
        </w:rPr>
        <w:t>QP-8.4-01</w:t>
      </w:r>
    </w:p>
    <w:p w14:paraId="4AAA10D1" w14:textId="2BE3D59A" w:rsidR="009E3CBB" w:rsidRDefault="00E01E3E">
      <w:pPr>
        <w:pStyle w:val="a0"/>
      </w:pPr>
      <w:r>
        <w:rPr>
          <w:rFonts w:hint="eastAsia"/>
          <w:sz w:val="21"/>
        </w:rPr>
        <w:t>·</w:t>
      </w:r>
      <w:r>
        <w:rPr>
          <w:sz w:val="21"/>
        </w:rPr>
        <w:t xml:space="preserve"> </w:t>
      </w:r>
      <w:r>
        <w:rPr>
          <w:rFonts w:hint="eastAsia"/>
          <w:sz w:val="21"/>
        </w:rPr>
        <w:t>《</w:t>
      </w:r>
      <w:r>
        <w:rPr>
          <w:rFonts w:ascii="微软雅黑" w:eastAsia="微软雅黑" w:hAnsi="微软雅黑" w:cs="微软雅黑" w:hint="eastAsia"/>
          <w:sz w:val="21"/>
        </w:rPr>
        <w:t>质</w:t>
      </w:r>
      <w:r>
        <w:rPr>
          <w:rFonts w:ascii="MS Mincho" w:eastAsia="MS Mincho" w:hAnsi="MS Mincho" w:cs="MS Mincho" w:hint="eastAsia"/>
          <w:sz w:val="21"/>
        </w:rPr>
        <w:t>量手册》</w:t>
      </w:r>
      <w:r>
        <w:rPr>
          <w:sz w:val="21"/>
        </w:rPr>
        <w:t>QM-00</w:t>
      </w:r>
    </w:p>
    <w:p w14:paraId="79540700" w14:textId="77777777" w:rsidR="009E3CBB" w:rsidRDefault="001E256C">
      <w:r>
        <w:rPr>
          <w:b/>
          <w:sz w:val="24"/>
        </w:rPr>
        <w:t xml:space="preserve">6  </w:t>
      </w:r>
      <w:r>
        <w:rPr>
          <w:b/>
          <w:sz w:val="24"/>
        </w:rPr>
        <w:t>相关记录</w:t>
      </w:r>
    </w:p>
    <w:p w14:paraId="279D8C7A" w14:textId="665377D0" w:rsidR="009E3CBB" w:rsidRDefault="009117C0">
      <w:pPr>
        <w:pStyle w:val="a0"/>
      </w:pPr>
      <w:r>
        <w:rPr>
          <w:rFonts w:hint="eastAsia"/>
          <w:sz w:val="21"/>
        </w:rPr>
        <w:t>·</w:t>
      </w:r>
      <w:r>
        <w:rPr>
          <w:sz w:val="21"/>
        </w:rPr>
        <w:t xml:space="preserve"> </w:t>
      </w:r>
      <w:r>
        <w:rPr>
          <w:rFonts w:hint="eastAsia"/>
          <w:sz w:val="21"/>
        </w:rPr>
        <w:t>《</w:t>
      </w:r>
      <w:r>
        <w:rPr>
          <w:rFonts w:ascii="微软雅黑" w:eastAsia="微软雅黑" w:hAnsi="微软雅黑" w:cs="微软雅黑" w:hint="eastAsia"/>
          <w:sz w:val="21"/>
        </w:rPr>
        <w:t>组织结</w:t>
      </w:r>
      <w:r>
        <w:rPr>
          <w:rFonts w:ascii="MS Mincho" w:eastAsia="MS Mincho" w:hAnsi="MS Mincho" w:cs="MS Mincho" w:hint="eastAsia"/>
          <w:sz w:val="21"/>
        </w:rPr>
        <w:t>构与</w:t>
      </w:r>
      <w:r>
        <w:rPr>
          <w:rFonts w:ascii="微软雅黑" w:eastAsia="微软雅黑" w:hAnsi="微软雅黑" w:cs="微软雅黑" w:hint="eastAsia"/>
          <w:sz w:val="21"/>
        </w:rPr>
        <w:t>岗</w:t>
      </w:r>
      <w:r>
        <w:rPr>
          <w:rFonts w:ascii="MS Mincho" w:eastAsia="MS Mincho" w:hAnsi="MS Mincho" w:cs="MS Mincho" w:hint="eastAsia"/>
          <w:sz w:val="21"/>
        </w:rPr>
        <w:t>位</w:t>
      </w:r>
      <w:r>
        <w:rPr>
          <w:rFonts w:ascii="微软雅黑" w:eastAsia="微软雅黑" w:hAnsi="微软雅黑" w:cs="微软雅黑" w:hint="eastAsia"/>
          <w:sz w:val="21"/>
        </w:rPr>
        <w:t>职责</w:t>
      </w:r>
      <w:r>
        <w:rPr>
          <w:rFonts w:ascii="MS Mincho" w:eastAsia="MS Mincho" w:hAnsi="MS Mincho" w:cs="MS Mincho" w:hint="eastAsia"/>
          <w:sz w:val="21"/>
        </w:rPr>
        <w:t>管理</w:t>
      </w:r>
      <w:r>
        <w:rPr>
          <w:rFonts w:ascii="微软雅黑" w:eastAsia="微软雅黑" w:hAnsi="微软雅黑" w:cs="微软雅黑" w:hint="eastAsia"/>
          <w:sz w:val="21"/>
        </w:rPr>
        <w:t>记录</w:t>
      </w:r>
      <w:r>
        <w:rPr>
          <w:rFonts w:ascii="MS Mincho" w:eastAsia="MS Mincho" w:hAnsi="MS Mincho" w:cs="MS Mincho" w:hint="eastAsia"/>
          <w:sz w:val="21"/>
        </w:rPr>
        <w:t>》</w:t>
      </w:r>
      <w:r>
        <w:rPr>
          <w:sz w:val="21"/>
        </w:rPr>
        <w:t>FR-ORG-01</w:t>
      </w:r>
    </w:p>
    <w:p w14:paraId="6222F95D" w14:textId="77777777" w:rsidR="009E3CBB" w:rsidRDefault="009E3CBB"/>
    <w:p w14:paraId="72C544D7" w14:textId="77777777" w:rsidR="009E3CBB" w:rsidRDefault="001E256C">
      <w:pPr>
        <w:jc w:val="center"/>
      </w:pPr>
      <w:r>
        <w:rPr>
          <w:i/>
          <w:color w:val="888888"/>
          <w:sz w:val="18"/>
        </w:rPr>
        <w:t xml:space="preserve">— </w:t>
      </w:r>
      <w:r>
        <w:rPr>
          <w:i/>
          <w:color w:val="888888"/>
          <w:sz w:val="18"/>
        </w:rPr>
        <w:t>本文件解释权归工程部实验室质量负责人</w:t>
      </w:r>
      <w:r>
        <w:rPr>
          <w:i/>
          <w:color w:val="888888"/>
          <w:sz w:val="18"/>
        </w:rPr>
        <w:t xml:space="preserve"> —</w:t>
      </w:r>
    </w:p>
    <w:sectPr w:rsidR="009E3CBB" w:rsidSect="00034616">
      <w:headerReference w:type="default" r:id="rId8"/>
      <w:pgSz w:w="12240" w:h="15840"/>
      <w:pgMar w:top="1440" w:right="1417" w:bottom="144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94AFC" w14:textId="77777777" w:rsidR="00707B20" w:rsidRDefault="00707B20">
      <w:pPr>
        <w:spacing w:after="0" w:line="240" w:lineRule="auto"/>
      </w:pPr>
      <w:r>
        <w:separator/>
      </w:r>
    </w:p>
  </w:endnote>
  <w:endnote w:type="continuationSeparator" w:id="0">
    <w:p w14:paraId="3ADC93CE" w14:textId="77777777" w:rsidR="00707B20" w:rsidRDefault="00707B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5D1BA" w14:textId="77777777" w:rsidR="00707B20" w:rsidRDefault="00707B20">
      <w:pPr>
        <w:spacing w:after="0" w:line="240" w:lineRule="auto"/>
      </w:pPr>
      <w:r>
        <w:separator/>
      </w:r>
    </w:p>
  </w:footnote>
  <w:footnote w:type="continuationSeparator" w:id="0">
    <w:p w14:paraId="1CC982BB" w14:textId="77777777" w:rsidR="00707B20" w:rsidRDefault="00707B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E9BC6" w14:textId="77777777" w:rsidR="009E3CBB" w:rsidRDefault="001E256C">
    <w:pPr>
      <w:pStyle w:val="a5"/>
    </w:pPr>
    <w:r>
      <w:rPr>
        <w:color w:val="555555"/>
        <w:sz w:val="18"/>
      </w:rPr>
      <w:t>工程部实验室</w:t>
    </w:r>
    <w:r>
      <w:rPr>
        <w:color w:val="555555"/>
        <w:sz w:val="18"/>
      </w:rPr>
      <w:t xml:space="preserve">  ·  </w:t>
    </w:r>
    <w:r>
      <w:rPr>
        <w:color w:val="555555"/>
        <w:sz w:val="18"/>
      </w:rPr>
      <w:t>文件编号：</w:t>
    </w:r>
    <w:r>
      <w:rPr>
        <w:color w:val="555555"/>
        <w:sz w:val="18"/>
      </w:rPr>
      <w:t xml:space="preserve">QP-5.2-01  ·  </w:t>
    </w:r>
    <w:r>
      <w:rPr>
        <w:color w:val="555555"/>
        <w:sz w:val="18"/>
      </w:rPr>
      <w:t>版本：</w:t>
    </w:r>
    <w:r>
      <w:rPr>
        <w:color w:val="555555"/>
        <w:sz w:val="18"/>
      </w:rPr>
      <w:t xml:space="preserve">A/0  ·  </w:t>
    </w:r>
    <w:r>
      <w:rPr>
        <w:color w:val="555555"/>
        <w:sz w:val="18"/>
      </w:rPr>
      <w:t>条款：</w:t>
    </w:r>
    <w:r>
      <w:rPr>
        <w:color w:val="555555"/>
        <w:sz w:val="18"/>
      </w:rPr>
      <w:t>ISO/IEC 17025:2017 §5.2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37437757">
    <w:abstractNumId w:val="8"/>
  </w:num>
  <w:num w:numId="2" w16cid:durableId="1810398730">
    <w:abstractNumId w:val="6"/>
  </w:num>
  <w:num w:numId="3" w16cid:durableId="2023776067">
    <w:abstractNumId w:val="5"/>
  </w:num>
  <w:num w:numId="4" w16cid:durableId="132262093">
    <w:abstractNumId w:val="4"/>
  </w:num>
  <w:num w:numId="5" w16cid:durableId="353458733">
    <w:abstractNumId w:val="7"/>
  </w:num>
  <w:num w:numId="6" w16cid:durableId="1948390445">
    <w:abstractNumId w:val="3"/>
  </w:num>
  <w:num w:numId="7" w16cid:durableId="426850004">
    <w:abstractNumId w:val="2"/>
  </w:num>
  <w:num w:numId="8" w16cid:durableId="538203854">
    <w:abstractNumId w:val="1"/>
  </w:num>
  <w:num w:numId="9" w16cid:durableId="1695656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E256C"/>
    <w:rsid w:val="0029639D"/>
    <w:rsid w:val="00326F90"/>
    <w:rsid w:val="005D6B18"/>
    <w:rsid w:val="006E51C1"/>
    <w:rsid w:val="00707B20"/>
    <w:rsid w:val="009117C0"/>
    <w:rsid w:val="009E3CBB"/>
    <w:rsid w:val="00AA1D8D"/>
    <w:rsid w:val="00B47730"/>
    <w:rsid w:val="00CB0664"/>
    <w:rsid w:val="00E01E3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77BBA2"/>
  <w14:defaultImageDpi w14:val="300"/>
  <w15:docId w15:val="{570E53C7-E9A9-4354-A9BA-D95F2AD89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160</Words>
  <Characters>912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 K</cp:lastModifiedBy>
  <cp:revision>3</cp:revision>
  <dcterms:created xsi:type="dcterms:W3CDTF">2013-12-23T23:15:00Z</dcterms:created>
  <dcterms:modified xsi:type="dcterms:W3CDTF">2026-09-03T04:25:00Z</dcterms:modified>
  <cp:category/>
</cp:coreProperties>
</file>